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96957" w14:textId="77777777" w:rsidR="00EF4724" w:rsidRPr="0087043A" w:rsidRDefault="00000000">
      <w:pPr>
        <w:pStyle w:val="Titel"/>
        <w:rPr>
          <w:rFonts w:ascii="Aptos" w:hAnsi="Aptos"/>
          <w:lang w:val="de-DE"/>
        </w:rPr>
      </w:pPr>
      <w:r w:rsidRPr="0087043A">
        <w:rPr>
          <w:rFonts w:ascii="Aptos" w:hAnsi="Aptos"/>
          <w:b w:val="0"/>
          <w:lang w:val="de-DE"/>
        </w:rPr>
        <w:t>Digital Readiness</w:t>
      </w:r>
    </w:p>
    <w:p w14:paraId="17DAE3E2" w14:textId="77777777" w:rsidR="00EF4724" w:rsidRPr="0087043A" w:rsidRDefault="00000000">
      <w:pPr>
        <w:pStyle w:val="Untertitel"/>
        <w:rPr>
          <w:rFonts w:ascii="Aptos" w:hAnsi="Aptos"/>
          <w:lang w:val="de-DE"/>
        </w:rPr>
      </w:pPr>
      <w:r w:rsidRPr="0087043A">
        <w:rPr>
          <w:rFonts w:ascii="Aptos" w:hAnsi="Aptos"/>
          <w:lang w:val="de-DE"/>
        </w:rPr>
        <w:t>Fragebogen für Unternehmen</w:t>
      </w:r>
    </w:p>
    <w:p w14:paraId="43650E32" w14:textId="77777777" w:rsidR="00EF4724" w:rsidRPr="00DB5CD5" w:rsidRDefault="00000000" w:rsidP="00DB5CD5">
      <w:pPr>
        <w:pStyle w:val="berschrift1"/>
        <w:rPr>
          <w:rFonts w:ascii="Aptos" w:hAnsi="Aptos"/>
          <w:color w:val="002060"/>
          <w:sz w:val="24"/>
          <w:szCs w:val="24"/>
          <w:lang w:val="de-DE"/>
        </w:rPr>
      </w:pPr>
      <w:r w:rsidRPr="00DB5CD5">
        <w:rPr>
          <w:rFonts w:ascii="Aptos" w:hAnsi="Aptos"/>
          <w:color w:val="002060"/>
          <w:sz w:val="24"/>
          <w:szCs w:val="24"/>
          <w:lang w:val="de-DE"/>
        </w:rPr>
        <w:t>Standort bestimmen und nächste Schritte ableiten</w:t>
      </w:r>
    </w:p>
    <w:p w14:paraId="16DE7DBE" w14:textId="77777777" w:rsidR="00EF4724" w:rsidRPr="0087043A" w:rsidRDefault="00000000">
      <w:pPr>
        <w:rPr>
          <w:rFonts w:ascii="Aptos" w:hAnsi="Aptos"/>
          <w:lang w:val="de-DE"/>
        </w:rPr>
      </w:pPr>
      <w:r w:rsidRPr="0087043A">
        <w:rPr>
          <w:rFonts w:ascii="Aptos" w:hAnsi="Aptos"/>
          <w:lang w:val="de-DE"/>
        </w:rPr>
        <w:t>Wie gut ist Ihr Unternehmen darauf vorbereitet, digitale Möglichkeiten wirksam zu nutzen? Dieser Fragebogen hilft, Stärken, Hindernisse und Handlungsfelder zu erkennen. Er betrachtet die Verbindung von Geschäftsstrategie, Organisation, Prozessen, Menschen und Technologie.</w:t>
      </w:r>
    </w:p>
    <w:p w14:paraId="708A92E0" w14:textId="77777777" w:rsidR="00EF4724" w:rsidRPr="0087043A" w:rsidRDefault="00000000">
      <w:pPr>
        <w:rPr>
          <w:rFonts w:ascii="Aptos" w:hAnsi="Aptos"/>
          <w:lang w:val="de-DE"/>
        </w:rPr>
      </w:pPr>
      <w:r w:rsidRPr="0087043A">
        <w:rPr>
          <w:rFonts w:ascii="Aptos" w:hAnsi="Aptos"/>
          <w:lang w:val="de-DE"/>
        </w:rPr>
        <w:t>Die Ergebnisse dienen als Grundlage für ein gemeinsames Zielbild und eine realistische Roadmap. Entscheidend ist, welche Fähigkeiten das Unternehmen für seine Ziele benötigt und wie verlässlich diese heute vorhanden sind.</w:t>
      </w:r>
    </w:p>
    <w:p w14:paraId="0F3185B4" w14:textId="77777777" w:rsidR="00EF4724" w:rsidRPr="00DB5CD5" w:rsidRDefault="00000000" w:rsidP="00DB5CD5">
      <w:pPr>
        <w:pStyle w:val="berschrift1"/>
        <w:rPr>
          <w:rFonts w:ascii="Aptos" w:hAnsi="Aptos"/>
          <w:color w:val="002060"/>
          <w:sz w:val="24"/>
          <w:szCs w:val="24"/>
          <w:lang w:val="de-DE"/>
        </w:rPr>
      </w:pPr>
      <w:r w:rsidRPr="00DB5CD5">
        <w:rPr>
          <w:rFonts w:ascii="Aptos" w:hAnsi="Aptos"/>
          <w:color w:val="002060"/>
          <w:sz w:val="24"/>
          <w:szCs w:val="24"/>
          <w:lang w:val="de-DE"/>
        </w:rPr>
        <w:t>So verwenden Sie den Fragebogen</w:t>
      </w:r>
    </w:p>
    <w:p w14:paraId="79E2F446" w14:textId="77777777" w:rsidR="00EF4724" w:rsidRPr="0087043A" w:rsidRDefault="00000000">
      <w:pPr>
        <w:rPr>
          <w:rFonts w:ascii="Aptos" w:hAnsi="Aptos"/>
          <w:lang w:val="de-DE"/>
        </w:rPr>
      </w:pPr>
      <w:r w:rsidRPr="0087043A">
        <w:rPr>
          <w:rFonts w:ascii="Aptos" w:hAnsi="Aptos"/>
          <w:lang w:val="de-DE"/>
        </w:rPr>
        <w:t>Geltungsbereich festlegen: Bewerten Sie das gesamte Unternehmen oder eine klar benannte Einheit. Alle Teilnehmenden sollen denselben Bereich beurteilen.</w:t>
      </w:r>
    </w:p>
    <w:p w14:paraId="12C20FE1" w14:textId="77777777" w:rsidR="00EF4724" w:rsidRPr="0087043A" w:rsidRDefault="00000000">
      <w:pPr>
        <w:rPr>
          <w:rFonts w:ascii="Aptos" w:hAnsi="Aptos"/>
          <w:lang w:val="de-DE"/>
        </w:rPr>
      </w:pPr>
      <w:r w:rsidRPr="0087043A">
        <w:rPr>
          <w:rFonts w:ascii="Aptos" w:hAnsi="Aptos"/>
          <w:lang w:val="de-DE"/>
        </w:rPr>
        <w:t>Mehrere Perspektiven einbeziehen: Geschäftsführung, Fachbereiche, IT und Mitarbeitende beantworten den Bogen zunächst unabhängig. Nicht bekannte Sachverhalte dürfen offenbleiben.</w:t>
      </w:r>
    </w:p>
    <w:p w14:paraId="39E7D453" w14:textId="77777777" w:rsidR="00EF4724" w:rsidRPr="0087043A" w:rsidRDefault="00000000">
      <w:pPr>
        <w:rPr>
          <w:rFonts w:ascii="Aptos" w:hAnsi="Aptos"/>
          <w:lang w:val="de-DE"/>
        </w:rPr>
      </w:pPr>
      <w:r w:rsidRPr="0087043A">
        <w:rPr>
          <w:rFonts w:ascii="Aptos" w:hAnsi="Aptos"/>
          <w:lang w:val="de-DE"/>
        </w:rPr>
        <w:t>Den heutigen Zustand bewerten: Beziehen Sie sich auf die gelebte Praxis und möglichst auf Beispiele aus den letzten zwölf Monaten. Ein Vorhaben oder eine Richtlinie allein belegt noch keine Umsetzung.</w:t>
      </w:r>
    </w:p>
    <w:p w14:paraId="0DC946BA" w14:textId="77777777" w:rsidR="00EF4724" w:rsidRPr="0087043A" w:rsidRDefault="00000000">
      <w:pPr>
        <w:rPr>
          <w:rFonts w:ascii="Aptos" w:hAnsi="Aptos"/>
          <w:lang w:val="de-DE"/>
        </w:rPr>
      </w:pPr>
      <w:r w:rsidRPr="0087043A">
        <w:rPr>
          <w:rFonts w:ascii="Aptos" w:hAnsi="Aptos"/>
          <w:lang w:val="de-DE"/>
        </w:rPr>
        <w:t>Ergebnisse gemeinsam prüfen: Unterschiede besprechen, Beispiele ergänzen und anschließend höchstens drei vorrangige Handlungsfelder vereinbaren.</w:t>
      </w:r>
    </w:p>
    <w:p w14:paraId="7DAB077D" w14:textId="77777777" w:rsidR="00EF4724" w:rsidRPr="0087043A" w:rsidRDefault="00000000">
      <w:pPr>
        <w:rPr>
          <w:rFonts w:ascii="Aptos" w:hAnsi="Aptos"/>
          <w:lang w:val="de-DE"/>
        </w:rPr>
      </w:pPr>
      <w:r w:rsidRPr="0087043A">
        <w:rPr>
          <w:rFonts w:ascii="Aptos" w:hAnsi="Aptos"/>
          <w:lang w:val="de-DE"/>
        </w:rPr>
        <w:t>Umfang: 50 bewertbare Aussagen in zehn Themenfeldern, acht offene Fragen sowie Auswertungs- und Maßnahmenvorlagen. Richtwert für das Ausfüllen: etwa 30 bis 45 Minuten; eine gemeinsame Auswertung erfolgt separat.</w:t>
      </w:r>
    </w:p>
    <w:p w14:paraId="254B2FE9" w14:textId="77777777" w:rsidR="00EF4724" w:rsidRPr="00DB5CD5" w:rsidRDefault="00000000" w:rsidP="00DB5CD5">
      <w:pPr>
        <w:pStyle w:val="berschrift1"/>
        <w:rPr>
          <w:rFonts w:ascii="Aptos" w:hAnsi="Aptos"/>
          <w:color w:val="002060"/>
          <w:sz w:val="24"/>
          <w:szCs w:val="24"/>
          <w:lang w:val="de-DE"/>
        </w:rPr>
      </w:pPr>
      <w:r w:rsidRPr="00DB5CD5">
        <w:rPr>
          <w:rFonts w:ascii="Aptos" w:hAnsi="Aptos"/>
          <w:color w:val="002060"/>
          <w:sz w:val="24"/>
          <w:szCs w:val="24"/>
          <w:lang w:val="de-DE"/>
        </w:rPr>
        <w:t>Angaben zur Befragung</w:t>
      </w:r>
    </w:p>
    <w:p w14:paraId="5079CDE4" w14:textId="77777777" w:rsidR="00EF4724" w:rsidRPr="0087043A" w:rsidRDefault="00000000">
      <w:pPr>
        <w:rPr>
          <w:rFonts w:ascii="Aptos" w:hAnsi="Aptos"/>
          <w:lang w:val="de-DE"/>
        </w:rPr>
      </w:pPr>
      <w:r w:rsidRPr="0087043A">
        <w:rPr>
          <w:rFonts w:ascii="Aptos" w:hAnsi="Aptos"/>
          <w:b/>
          <w:lang w:val="de-DE"/>
        </w:rPr>
        <w:t>Unternehmen und bewerteter Bereich</w:t>
      </w:r>
    </w:p>
    <w:p w14:paraId="6BDC9245" w14:textId="77777777" w:rsidR="00EF4724" w:rsidRPr="0087043A" w:rsidRDefault="00000000">
      <w:pPr>
        <w:spacing w:after="140"/>
        <w:rPr>
          <w:rFonts w:ascii="Aptos" w:hAnsi="Aptos"/>
          <w:lang w:val="de-DE"/>
        </w:rPr>
      </w:pPr>
      <w:r w:rsidRPr="0087043A">
        <w:rPr>
          <w:rFonts w:ascii="Aptos" w:hAnsi="Aptos"/>
          <w:color w:val="777777"/>
          <w:sz w:val="20"/>
          <w:lang w:val="de-DE"/>
        </w:rPr>
        <w:t>________________________________________________________________________________</w:t>
      </w:r>
    </w:p>
    <w:p w14:paraId="07E4573B" w14:textId="77777777" w:rsidR="00EF4724" w:rsidRPr="0087043A" w:rsidRDefault="00000000">
      <w:pPr>
        <w:rPr>
          <w:rFonts w:ascii="Aptos" w:hAnsi="Aptos"/>
          <w:lang w:val="de-DE"/>
        </w:rPr>
      </w:pPr>
      <w:r w:rsidRPr="0087043A">
        <w:rPr>
          <w:rFonts w:ascii="Aptos" w:hAnsi="Aptos"/>
          <w:b/>
          <w:lang w:val="de-DE"/>
        </w:rPr>
        <w:t>Datum und Funktion der ausfüllenden Person</w:t>
      </w:r>
    </w:p>
    <w:p w14:paraId="5DF33724" w14:textId="77777777" w:rsidR="00EF4724" w:rsidRPr="00322974" w:rsidRDefault="00000000">
      <w:pPr>
        <w:spacing w:after="140"/>
        <w:rPr>
          <w:lang w:val="de-DE"/>
        </w:rPr>
      </w:pPr>
      <w:r w:rsidRPr="00322974">
        <w:rPr>
          <w:color w:val="777777"/>
          <w:sz w:val="20"/>
          <w:lang w:val="de-DE"/>
        </w:rPr>
        <w:t>________________________________________________________________________________</w:t>
      </w:r>
    </w:p>
    <w:p w14:paraId="56974F92" w14:textId="1B46CDA6" w:rsidR="00EF4724" w:rsidRPr="00CB32C5" w:rsidRDefault="00000000">
      <w:pPr>
        <w:rPr>
          <w:rFonts w:ascii="Aptos" w:hAnsi="Aptos"/>
          <w:sz w:val="24"/>
          <w:szCs w:val="24"/>
          <w:lang w:val="de-DE"/>
        </w:rPr>
      </w:pPr>
      <w:r w:rsidRPr="00CB32C5">
        <w:rPr>
          <w:rFonts w:ascii="Aptos" w:hAnsi="Aptos"/>
          <w:sz w:val="24"/>
          <w:szCs w:val="24"/>
          <w:lang w:val="de-DE"/>
        </w:rPr>
        <w:t xml:space="preserve">Perspektive:  </w:t>
      </w:r>
      <w:sdt>
        <w:sdtPr>
          <w:rPr>
            <w:rFonts w:ascii="Aptos" w:hAnsi="Aptos"/>
            <w:sz w:val="24"/>
            <w:szCs w:val="24"/>
            <w:lang w:val="de-DE"/>
          </w:rPr>
          <w:id w:val="-2134401251"/>
          <w14:checkbox>
            <w14:checked w14:val="0"/>
            <w14:checkedState w14:val="2612" w14:font="MS Gothic"/>
            <w14:uncheckedState w14:val="2610" w14:font="MS Gothic"/>
          </w14:checkbox>
        </w:sdtPr>
        <w:sdtContent>
          <w:r w:rsidR="00DE288A" w:rsidRPr="00CB32C5">
            <w:rPr>
              <w:rFonts w:ascii="Aptos" w:eastAsia="MS Gothic" w:hAnsi="Aptos"/>
              <w:sz w:val="24"/>
              <w:szCs w:val="24"/>
              <w:lang w:val="de-DE"/>
            </w:rPr>
            <w:t>☐</w:t>
          </w:r>
        </w:sdtContent>
      </w:sdt>
      <w:r w:rsidRPr="00CB32C5">
        <w:rPr>
          <w:rFonts w:ascii="Aptos" w:hAnsi="Aptos"/>
          <w:sz w:val="24"/>
          <w:szCs w:val="24"/>
          <w:lang w:val="de-DE"/>
        </w:rPr>
        <w:t xml:space="preserve"> Geschäftsführung   </w:t>
      </w:r>
      <w:sdt>
        <w:sdtPr>
          <w:rPr>
            <w:rFonts w:ascii="Aptos" w:hAnsi="Aptos"/>
            <w:sz w:val="24"/>
            <w:szCs w:val="24"/>
            <w:lang w:val="de-DE"/>
          </w:rPr>
          <w:id w:val="870570331"/>
          <w14:checkbox>
            <w14:checked w14:val="0"/>
            <w14:checkedState w14:val="2612" w14:font="MS Gothic"/>
            <w14:uncheckedState w14:val="2610" w14:font="MS Gothic"/>
          </w14:checkbox>
        </w:sdtPr>
        <w:sdtContent>
          <w:r w:rsidR="00DE288A" w:rsidRPr="00CB32C5">
            <w:rPr>
              <w:rFonts w:ascii="Aptos" w:eastAsia="MS Gothic" w:hAnsi="Aptos"/>
              <w:sz w:val="24"/>
              <w:szCs w:val="24"/>
              <w:lang w:val="de-DE"/>
            </w:rPr>
            <w:t>☐</w:t>
          </w:r>
        </w:sdtContent>
      </w:sdt>
      <w:r w:rsidRPr="00CB32C5">
        <w:rPr>
          <w:rFonts w:ascii="Aptos" w:hAnsi="Aptos"/>
          <w:sz w:val="24"/>
          <w:szCs w:val="24"/>
          <w:lang w:val="de-DE"/>
        </w:rPr>
        <w:t xml:space="preserve"> Führungskraft   </w:t>
      </w:r>
      <w:sdt>
        <w:sdtPr>
          <w:rPr>
            <w:rFonts w:ascii="Aptos" w:hAnsi="Aptos"/>
            <w:sz w:val="24"/>
            <w:szCs w:val="24"/>
            <w:lang w:val="de-DE"/>
          </w:rPr>
          <w:id w:val="-1304773973"/>
          <w14:checkbox>
            <w14:checked w14:val="0"/>
            <w14:checkedState w14:val="2612" w14:font="MS Gothic"/>
            <w14:uncheckedState w14:val="2610" w14:font="MS Gothic"/>
          </w14:checkbox>
        </w:sdtPr>
        <w:sdtContent>
          <w:r w:rsidR="00DE288A" w:rsidRPr="00CB32C5">
            <w:rPr>
              <w:rFonts w:ascii="Aptos" w:eastAsia="MS Gothic" w:hAnsi="Aptos"/>
              <w:sz w:val="24"/>
              <w:szCs w:val="24"/>
              <w:lang w:val="de-DE"/>
            </w:rPr>
            <w:t>☐</w:t>
          </w:r>
        </w:sdtContent>
      </w:sdt>
      <w:r w:rsidRPr="00CB32C5">
        <w:rPr>
          <w:rFonts w:ascii="Aptos" w:hAnsi="Aptos"/>
          <w:sz w:val="24"/>
          <w:szCs w:val="24"/>
          <w:lang w:val="de-DE"/>
        </w:rPr>
        <w:t xml:space="preserve"> Fachbereich   </w:t>
      </w:r>
      <w:sdt>
        <w:sdtPr>
          <w:rPr>
            <w:rFonts w:ascii="Aptos" w:hAnsi="Aptos"/>
            <w:sz w:val="24"/>
            <w:szCs w:val="24"/>
            <w:lang w:val="de-DE"/>
          </w:rPr>
          <w:id w:val="438336198"/>
          <w14:checkbox>
            <w14:checked w14:val="0"/>
            <w14:checkedState w14:val="2612" w14:font="MS Gothic"/>
            <w14:uncheckedState w14:val="2610" w14:font="MS Gothic"/>
          </w14:checkbox>
        </w:sdtPr>
        <w:sdtContent>
          <w:r w:rsidR="00DE288A" w:rsidRPr="00CB32C5">
            <w:rPr>
              <w:rFonts w:ascii="Aptos" w:eastAsia="MS Gothic" w:hAnsi="Aptos"/>
              <w:sz w:val="24"/>
              <w:szCs w:val="24"/>
              <w:lang w:val="de-DE"/>
            </w:rPr>
            <w:t>☐</w:t>
          </w:r>
        </w:sdtContent>
      </w:sdt>
      <w:r w:rsidRPr="00CB32C5">
        <w:rPr>
          <w:rFonts w:ascii="Aptos" w:hAnsi="Aptos"/>
          <w:sz w:val="24"/>
          <w:szCs w:val="24"/>
          <w:lang w:val="de-DE"/>
        </w:rPr>
        <w:t xml:space="preserve"> IT   </w:t>
      </w:r>
      <w:sdt>
        <w:sdtPr>
          <w:rPr>
            <w:rFonts w:ascii="Aptos" w:hAnsi="Aptos"/>
            <w:sz w:val="24"/>
            <w:szCs w:val="24"/>
            <w:lang w:val="de-DE"/>
          </w:rPr>
          <w:id w:val="966084917"/>
          <w14:checkbox>
            <w14:checked w14:val="0"/>
            <w14:checkedState w14:val="2612" w14:font="MS Gothic"/>
            <w14:uncheckedState w14:val="2610" w14:font="MS Gothic"/>
          </w14:checkbox>
        </w:sdtPr>
        <w:sdtContent>
          <w:r w:rsidR="00DE288A" w:rsidRPr="00CB32C5">
            <w:rPr>
              <w:rFonts w:ascii="Aptos" w:eastAsia="MS Gothic" w:hAnsi="Aptos"/>
              <w:sz w:val="24"/>
              <w:szCs w:val="24"/>
              <w:lang w:val="de-DE"/>
            </w:rPr>
            <w:t>☐</w:t>
          </w:r>
        </w:sdtContent>
      </w:sdt>
      <w:r w:rsidRPr="00CB32C5">
        <w:rPr>
          <w:rFonts w:ascii="Aptos" w:hAnsi="Aptos"/>
          <w:sz w:val="24"/>
          <w:szCs w:val="24"/>
          <w:lang w:val="de-DE"/>
        </w:rPr>
        <w:t xml:space="preserve"> Mitarbeitende</w:t>
      </w:r>
    </w:p>
    <w:p w14:paraId="05D478AC" w14:textId="77777777" w:rsidR="00EF4724" w:rsidRPr="00CB32C5" w:rsidRDefault="00000000">
      <w:pPr>
        <w:rPr>
          <w:rFonts w:ascii="Aptos" w:hAnsi="Aptos"/>
          <w:lang w:val="de-DE"/>
        </w:rPr>
      </w:pPr>
      <w:r w:rsidRPr="00CB32C5">
        <w:rPr>
          <w:rFonts w:ascii="Aptos" w:hAnsi="Aptos"/>
          <w:lang w:val="de-DE"/>
        </w:rPr>
        <w:t>Name oder vereinbartes Kürzel optional: __________________________________________</w:t>
      </w:r>
    </w:p>
    <w:p w14:paraId="43260FCA" w14:textId="77777777" w:rsidR="00EF4724" w:rsidRPr="00CB32C5" w:rsidRDefault="00000000">
      <w:pPr>
        <w:rPr>
          <w:rFonts w:ascii="Aptos" w:hAnsi="Aptos"/>
          <w:lang w:val="de-DE"/>
        </w:rPr>
      </w:pPr>
      <w:r w:rsidRPr="00CB32C5">
        <w:rPr>
          <w:rFonts w:ascii="Aptos" w:hAnsi="Aptos"/>
          <w:lang w:val="de-DE"/>
        </w:rPr>
        <w:t>Vor Beginn klären: Wer sieht die Einzelantworten, wie werden Ergebnisse zusammengeführt und wie werden Rückschlüsse auf einzelne Personen vermieden?</w:t>
      </w:r>
    </w:p>
    <w:p w14:paraId="26387FCB" w14:textId="77777777" w:rsidR="00EF4724" w:rsidRPr="00DB5CD5" w:rsidRDefault="00000000" w:rsidP="00DB5CD5">
      <w:pPr>
        <w:pStyle w:val="berschrift1"/>
        <w:rPr>
          <w:rFonts w:ascii="Aptos" w:hAnsi="Aptos"/>
          <w:color w:val="002060"/>
          <w:sz w:val="24"/>
          <w:szCs w:val="24"/>
          <w:lang w:val="de-DE"/>
        </w:rPr>
      </w:pPr>
      <w:r w:rsidRPr="00DB5CD5">
        <w:rPr>
          <w:rFonts w:ascii="Aptos" w:hAnsi="Aptos"/>
          <w:color w:val="002060"/>
          <w:sz w:val="24"/>
          <w:szCs w:val="24"/>
          <w:lang w:val="de-DE"/>
        </w:rPr>
        <w:t>Unternehmensprofil und Bewertung</w:t>
      </w:r>
    </w:p>
    <w:p w14:paraId="608B4631" w14:textId="77777777" w:rsidR="00EF4724" w:rsidRPr="00CB32C5" w:rsidRDefault="00000000">
      <w:pPr>
        <w:rPr>
          <w:rFonts w:ascii="Aptos" w:hAnsi="Aptos"/>
          <w:lang w:val="de-DE"/>
        </w:rPr>
      </w:pPr>
      <w:r w:rsidRPr="00CB32C5">
        <w:rPr>
          <w:rFonts w:ascii="Aptos" w:hAnsi="Aptos"/>
          <w:lang w:val="de-DE"/>
        </w:rPr>
        <w:t>Die Profilangaben helfen, die Antworten einzuordnen. Sie fließen nicht in den Punktwert ein.</w:t>
      </w:r>
    </w:p>
    <w:p w14:paraId="5A10AF86" w14:textId="77777777" w:rsidR="00EF4724" w:rsidRPr="00CB32C5" w:rsidRDefault="00000000">
      <w:pPr>
        <w:rPr>
          <w:rFonts w:ascii="Aptos" w:hAnsi="Aptos"/>
          <w:lang w:val="de-DE"/>
        </w:rPr>
      </w:pPr>
      <w:r w:rsidRPr="00CB32C5">
        <w:rPr>
          <w:rFonts w:ascii="Aptos" w:hAnsi="Aptos"/>
          <w:b/>
          <w:lang w:val="de-DE"/>
        </w:rPr>
        <w:t>Branche und wichtigste Produkte oder Dienstleistungen</w:t>
      </w:r>
    </w:p>
    <w:p w14:paraId="4D2A8CD5" w14:textId="77777777" w:rsidR="00EF4724" w:rsidRPr="00CB32C5" w:rsidRDefault="00000000">
      <w:pPr>
        <w:spacing w:after="140"/>
        <w:rPr>
          <w:rFonts w:ascii="Aptos" w:hAnsi="Aptos"/>
          <w:lang w:val="de-DE"/>
        </w:rPr>
      </w:pPr>
      <w:r w:rsidRPr="00CB32C5">
        <w:rPr>
          <w:rFonts w:ascii="Aptos" w:hAnsi="Aptos"/>
          <w:color w:val="777777"/>
          <w:sz w:val="20"/>
          <w:lang w:val="de-DE"/>
        </w:rPr>
        <w:t>________________________________________________________________________________</w:t>
      </w:r>
    </w:p>
    <w:p w14:paraId="7469A975" w14:textId="4A09FA6D" w:rsidR="00EF4724" w:rsidRPr="00CB32C5" w:rsidRDefault="00000000">
      <w:pPr>
        <w:rPr>
          <w:rFonts w:ascii="Aptos" w:hAnsi="Aptos"/>
          <w:sz w:val="24"/>
          <w:szCs w:val="24"/>
          <w:lang w:val="de-DE"/>
        </w:rPr>
      </w:pPr>
      <w:r w:rsidRPr="00CB32C5">
        <w:rPr>
          <w:rFonts w:ascii="Aptos" w:hAnsi="Aptos"/>
          <w:sz w:val="24"/>
          <w:szCs w:val="24"/>
          <w:lang w:val="de-DE"/>
        </w:rPr>
        <w:t xml:space="preserve">Beschäftigte:  </w:t>
      </w:r>
      <w:sdt>
        <w:sdtPr>
          <w:rPr>
            <w:rFonts w:ascii="Aptos" w:hAnsi="Aptos"/>
            <w:sz w:val="24"/>
            <w:szCs w:val="24"/>
            <w:lang w:val="de-DE"/>
          </w:rPr>
          <w:id w:val="-1652740535"/>
          <w14:checkbox>
            <w14:checked w14:val="0"/>
            <w14:checkedState w14:val="2612" w14:font="MS Gothic"/>
            <w14:uncheckedState w14:val="2610" w14:font="MS Gothic"/>
          </w14:checkbox>
        </w:sdtPr>
        <w:sdtContent>
          <w:r w:rsidR="00DE288A" w:rsidRPr="00CB32C5">
            <w:rPr>
              <w:rFonts w:ascii="Aptos" w:eastAsia="MS Gothic" w:hAnsi="Aptos"/>
              <w:sz w:val="24"/>
              <w:szCs w:val="24"/>
              <w:lang w:val="de-DE"/>
            </w:rPr>
            <w:t>☐</w:t>
          </w:r>
        </w:sdtContent>
      </w:sdt>
      <w:r w:rsidRPr="00CB32C5">
        <w:rPr>
          <w:rFonts w:ascii="Aptos" w:hAnsi="Aptos"/>
          <w:sz w:val="24"/>
          <w:szCs w:val="24"/>
          <w:lang w:val="de-DE"/>
        </w:rPr>
        <w:t xml:space="preserve"> unter 50   </w:t>
      </w:r>
      <w:sdt>
        <w:sdtPr>
          <w:rPr>
            <w:rFonts w:ascii="Aptos" w:hAnsi="Aptos"/>
            <w:sz w:val="24"/>
            <w:szCs w:val="24"/>
            <w:lang w:val="de-DE"/>
          </w:rPr>
          <w:id w:val="-544907687"/>
          <w14:checkbox>
            <w14:checked w14:val="0"/>
            <w14:checkedState w14:val="2612" w14:font="MS Gothic"/>
            <w14:uncheckedState w14:val="2610" w14:font="MS Gothic"/>
          </w14:checkbox>
        </w:sdtPr>
        <w:sdtContent>
          <w:r w:rsidR="00DE288A" w:rsidRPr="00CB32C5">
            <w:rPr>
              <w:rFonts w:ascii="Aptos" w:eastAsia="MS Gothic" w:hAnsi="Aptos"/>
              <w:sz w:val="24"/>
              <w:szCs w:val="24"/>
              <w:lang w:val="de-DE"/>
            </w:rPr>
            <w:t>☐</w:t>
          </w:r>
        </w:sdtContent>
      </w:sdt>
      <w:r w:rsidRPr="00CB32C5">
        <w:rPr>
          <w:rFonts w:ascii="Aptos" w:hAnsi="Aptos"/>
          <w:sz w:val="24"/>
          <w:szCs w:val="24"/>
          <w:lang w:val="de-DE"/>
        </w:rPr>
        <w:t xml:space="preserve"> 50 bis 249   </w:t>
      </w:r>
      <w:sdt>
        <w:sdtPr>
          <w:rPr>
            <w:rFonts w:ascii="Aptos" w:hAnsi="Aptos"/>
            <w:sz w:val="24"/>
            <w:szCs w:val="24"/>
            <w:lang w:val="de-DE"/>
          </w:rPr>
          <w:id w:val="-207338513"/>
          <w14:checkbox>
            <w14:checked w14:val="0"/>
            <w14:checkedState w14:val="2612" w14:font="MS Gothic"/>
            <w14:uncheckedState w14:val="2610" w14:font="MS Gothic"/>
          </w14:checkbox>
        </w:sdtPr>
        <w:sdtContent>
          <w:r w:rsidR="00DE288A" w:rsidRPr="00CB32C5">
            <w:rPr>
              <w:rFonts w:ascii="Aptos" w:eastAsia="MS Gothic" w:hAnsi="Aptos"/>
              <w:sz w:val="24"/>
              <w:szCs w:val="24"/>
              <w:lang w:val="de-DE"/>
            </w:rPr>
            <w:t>☐</w:t>
          </w:r>
        </w:sdtContent>
      </w:sdt>
      <w:r w:rsidRPr="00CB32C5">
        <w:rPr>
          <w:rFonts w:ascii="Aptos" w:hAnsi="Aptos"/>
          <w:sz w:val="24"/>
          <w:szCs w:val="24"/>
          <w:lang w:val="de-DE"/>
        </w:rPr>
        <w:t xml:space="preserve"> 250 bis 999   </w:t>
      </w:r>
      <w:sdt>
        <w:sdtPr>
          <w:rPr>
            <w:rFonts w:ascii="Aptos" w:hAnsi="Aptos"/>
            <w:sz w:val="24"/>
            <w:szCs w:val="24"/>
            <w:lang w:val="de-DE"/>
          </w:rPr>
          <w:id w:val="-1132556434"/>
          <w14:checkbox>
            <w14:checked w14:val="0"/>
            <w14:checkedState w14:val="2612" w14:font="MS Gothic"/>
            <w14:uncheckedState w14:val="2610" w14:font="MS Gothic"/>
          </w14:checkbox>
        </w:sdtPr>
        <w:sdtContent>
          <w:r w:rsidR="00DE288A" w:rsidRPr="00CB32C5">
            <w:rPr>
              <w:rFonts w:ascii="Aptos" w:eastAsia="MS Gothic" w:hAnsi="Aptos"/>
              <w:sz w:val="24"/>
              <w:szCs w:val="24"/>
              <w:lang w:val="de-DE"/>
            </w:rPr>
            <w:t>☐</w:t>
          </w:r>
        </w:sdtContent>
      </w:sdt>
      <w:r w:rsidRPr="00CB32C5">
        <w:rPr>
          <w:rFonts w:ascii="Aptos" w:hAnsi="Aptos"/>
          <w:sz w:val="24"/>
          <w:szCs w:val="24"/>
          <w:lang w:val="de-DE"/>
        </w:rPr>
        <w:t xml:space="preserve"> ab 1000</w:t>
      </w:r>
    </w:p>
    <w:p w14:paraId="1496E4CB" w14:textId="77777777" w:rsidR="00EF4724" w:rsidRPr="00CB32C5" w:rsidRDefault="00000000">
      <w:pPr>
        <w:rPr>
          <w:rFonts w:ascii="Aptos" w:hAnsi="Aptos"/>
          <w:lang w:val="de-DE"/>
        </w:rPr>
      </w:pPr>
      <w:r w:rsidRPr="00CB32C5">
        <w:rPr>
          <w:rFonts w:ascii="Aptos" w:hAnsi="Aptos"/>
          <w:lang w:val="de-DE"/>
        </w:rPr>
        <w:lastRenderedPageBreak/>
        <w:t>Standorte und Länder: ________________________________________________________</w:t>
      </w:r>
    </w:p>
    <w:p w14:paraId="7BD3F9D0" w14:textId="77777777" w:rsidR="00EF4724" w:rsidRPr="00CB32C5" w:rsidRDefault="00000000">
      <w:pPr>
        <w:rPr>
          <w:rFonts w:ascii="Aptos" w:hAnsi="Aptos"/>
          <w:lang w:val="de-DE"/>
        </w:rPr>
      </w:pPr>
      <w:r w:rsidRPr="00CB32C5">
        <w:rPr>
          <w:rFonts w:ascii="Aptos" w:hAnsi="Aptos"/>
          <w:b/>
          <w:lang w:val="de-DE"/>
        </w:rPr>
        <w:t>Welche drei Geschäftsziele sind in den nächsten 12 bis 24 Monaten besonders wichtig?</w:t>
      </w:r>
    </w:p>
    <w:p w14:paraId="0E239800" w14:textId="77777777" w:rsidR="00EF4724" w:rsidRPr="00CB32C5" w:rsidRDefault="00000000">
      <w:pPr>
        <w:spacing w:after="140"/>
        <w:rPr>
          <w:rFonts w:ascii="Aptos" w:hAnsi="Aptos"/>
          <w:lang w:val="de-DE"/>
        </w:rPr>
      </w:pPr>
      <w:r w:rsidRPr="00CB32C5">
        <w:rPr>
          <w:rFonts w:ascii="Aptos" w:hAnsi="Aptos"/>
          <w:color w:val="777777"/>
          <w:sz w:val="20"/>
          <w:lang w:val="de-DE"/>
        </w:rPr>
        <w:t>________________________________________________________________________________</w:t>
      </w:r>
    </w:p>
    <w:p w14:paraId="068B0029" w14:textId="77777777" w:rsidR="00EF4724" w:rsidRPr="00CB32C5" w:rsidRDefault="00000000">
      <w:pPr>
        <w:spacing w:after="140"/>
        <w:rPr>
          <w:rFonts w:ascii="Aptos" w:hAnsi="Aptos"/>
          <w:lang w:val="de-DE"/>
        </w:rPr>
      </w:pPr>
      <w:r w:rsidRPr="00CB32C5">
        <w:rPr>
          <w:rFonts w:ascii="Aptos" w:hAnsi="Aptos"/>
          <w:color w:val="777777"/>
          <w:sz w:val="20"/>
          <w:lang w:val="de-DE"/>
        </w:rPr>
        <w:t>________________________________________________________________________________</w:t>
      </w:r>
    </w:p>
    <w:p w14:paraId="1D91D54D" w14:textId="77777777" w:rsidR="00EF4724" w:rsidRPr="00CB32C5" w:rsidRDefault="00000000">
      <w:pPr>
        <w:rPr>
          <w:rFonts w:ascii="Aptos" w:hAnsi="Aptos"/>
          <w:lang w:val="de-DE"/>
        </w:rPr>
      </w:pPr>
      <w:r w:rsidRPr="00CB32C5">
        <w:rPr>
          <w:rFonts w:ascii="Aptos" w:hAnsi="Aptos"/>
          <w:b/>
          <w:lang w:val="de-DE"/>
        </w:rPr>
        <w:t>Welche wesentlichen Systeme und digitalen Vorhaben gibt es bereits?</w:t>
      </w:r>
    </w:p>
    <w:p w14:paraId="7EB0AB7B" w14:textId="77777777" w:rsidR="00EF4724" w:rsidRPr="00CB32C5" w:rsidRDefault="00000000">
      <w:pPr>
        <w:spacing w:after="140"/>
        <w:rPr>
          <w:rFonts w:ascii="Aptos" w:hAnsi="Aptos"/>
          <w:lang w:val="de-DE"/>
        </w:rPr>
      </w:pPr>
      <w:r w:rsidRPr="00CB32C5">
        <w:rPr>
          <w:rFonts w:ascii="Aptos" w:hAnsi="Aptos"/>
          <w:color w:val="777777"/>
          <w:sz w:val="20"/>
          <w:lang w:val="de-DE"/>
        </w:rPr>
        <w:t>________________________________________________________________________________</w:t>
      </w:r>
    </w:p>
    <w:p w14:paraId="5AAF9CF2" w14:textId="77777777" w:rsidR="00EF4724" w:rsidRPr="00CB32C5" w:rsidRDefault="00000000">
      <w:pPr>
        <w:spacing w:after="140"/>
        <w:rPr>
          <w:rFonts w:ascii="Aptos" w:hAnsi="Aptos"/>
          <w:lang w:val="de-DE"/>
        </w:rPr>
      </w:pPr>
      <w:r w:rsidRPr="00CB32C5">
        <w:rPr>
          <w:rFonts w:ascii="Aptos" w:hAnsi="Aptos"/>
          <w:color w:val="777777"/>
          <w:sz w:val="20"/>
          <w:lang w:val="de-DE"/>
        </w:rPr>
        <w:t>________________________________________________________________________________</w:t>
      </w:r>
    </w:p>
    <w:p w14:paraId="1E24D525" w14:textId="77777777" w:rsidR="00EF4724" w:rsidRPr="00DB5CD5" w:rsidRDefault="00000000" w:rsidP="00DB5CD5">
      <w:pPr>
        <w:pStyle w:val="berschrift1"/>
        <w:rPr>
          <w:rFonts w:ascii="Aptos" w:hAnsi="Aptos"/>
          <w:color w:val="002060"/>
          <w:sz w:val="24"/>
          <w:szCs w:val="24"/>
          <w:lang w:val="de-DE"/>
        </w:rPr>
      </w:pPr>
      <w:r w:rsidRPr="00DB5CD5">
        <w:rPr>
          <w:rFonts w:ascii="Aptos" w:hAnsi="Aptos"/>
          <w:color w:val="002060"/>
          <w:sz w:val="24"/>
          <w:szCs w:val="24"/>
          <w:lang w:val="de-DE"/>
        </w:rPr>
        <w:t>Antwortskala</w:t>
      </w:r>
    </w:p>
    <w:p w14:paraId="0611AF22" w14:textId="77777777" w:rsidR="00EF4724" w:rsidRPr="00CB32C5" w:rsidRDefault="00000000">
      <w:pPr>
        <w:rPr>
          <w:rFonts w:ascii="Aptos" w:hAnsi="Aptos"/>
          <w:lang w:val="de-DE"/>
        </w:rPr>
      </w:pPr>
      <w:r w:rsidRPr="00CB32C5">
        <w:rPr>
          <w:rFonts w:ascii="Aptos" w:hAnsi="Aptos"/>
          <w:lang w:val="de-DE"/>
        </w:rPr>
        <w:t>Bewerten Sie jede Aussage mit genau einer Antwort. Die Zahl beschreibt, wie weit die Aussage in der Praxis zutrifft.</w:t>
      </w:r>
    </w:p>
    <w:tbl>
      <w:tblPr>
        <w:tblW w:w="0" w:type="auto"/>
        <w:jc w:val="center"/>
        <w:tblLayout w:type="fixed"/>
        <w:tblLook w:val="04A0" w:firstRow="1" w:lastRow="0" w:firstColumn="1" w:lastColumn="0" w:noHBand="0" w:noVBand="1"/>
      </w:tblPr>
      <w:tblGrid>
        <w:gridCol w:w="936"/>
        <w:gridCol w:w="9144"/>
      </w:tblGrid>
      <w:tr w:rsidR="00EF4724" w:rsidRPr="00CB32C5" w14:paraId="29A98C5A" w14:textId="77777777">
        <w:trPr>
          <w:cantSplit/>
          <w:tblHeader/>
          <w:jc w:val="center"/>
        </w:trPr>
        <w:tc>
          <w:tcPr>
            <w:tcW w:w="936" w:type="dxa"/>
            <w:tcBorders>
              <w:top w:val="single" w:sz="4" w:space="0" w:color="D9D9D9"/>
              <w:left w:val="single" w:sz="4" w:space="0" w:color="D9D9D9"/>
              <w:bottom w:val="single" w:sz="4" w:space="0" w:color="D9D9D9"/>
              <w:right w:val="single" w:sz="4" w:space="0" w:color="D9D9D9"/>
            </w:tcBorders>
            <w:shd w:val="clear" w:color="auto" w:fill="173C55"/>
            <w:tcMar>
              <w:top w:w="80" w:type="dxa"/>
              <w:left w:w="100" w:type="dxa"/>
              <w:bottom w:w="80" w:type="dxa"/>
              <w:right w:w="100" w:type="dxa"/>
            </w:tcMar>
            <w:vAlign w:val="center"/>
          </w:tcPr>
          <w:p w14:paraId="6F7851CA" w14:textId="77777777" w:rsidR="00EF4724" w:rsidRPr="00CB32C5" w:rsidRDefault="00000000">
            <w:pPr>
              <w:spacing w:after="0" w:line="250" w:lineRule="auto"/>
              <w:rPr>
                <w:rFonts w:ascii="Aptos" w:hAnsi="Aptos"/>
              </w:rPr>
            </w:pPr>
            <w:r w:rsidRPr="00CB32C5">
              <w:rPr>
                <w:rFonts w:ascii="Aptos" w:hAnsi="Aptos"/>
                <w:b/>
                <w:color w:val="FFFFFF"/>
                <w:sz w:val="20"/>
              </w:rPr>
              <w:t>Wert</w:t>
            </w:r>
          </w:p>
        </w:tc>
        <w:tc>
          <w:tcPr>
            <w:tcW w:w="9144" w:type="dxa"/>
            <w:tcBorders>
              <w:top w:val="single" w:sz="4" w:space="0" w:color="D9D9D9"/>
              <w:left w:val="single" w:sz="4" w:space="0" w:color="D9D9D9"/>
              <w:bottom w:val="single" w:sz="4" w:space="0" w:color="D9D9D9"/>
              <w:right w:val="single" w:sz="4" w:space="0" w:color="D9D9D9"/>
            </w:tcBorders>
            <w:shd w:val="clear" w:color="auto" w:fill="173C55"/>
            <w:tcMar>
              <w:top w:w="80" w:type="dxa"/>
              <w:left w:w="100" w:type="dxa"/>
              <w:bottom w:w="80" w:type="dxa"/>
              <w:right w:w="100" w:type="dxa"/>
            </w:tcMar>
            <w:vAlign w:val="center"/>
          </w:tcPr>
          <w:p w14:paraId="75E69330" w14:textId="77777777" w:rsidR="00EF4724" w:rsidRPr="00CB32C5" w:rsidRDefault="00000000">
            <w:pPr>
              <w:spacing w:after="0" w:line="250" w:lineRule="auto"/>
              <w:rPr>
                <w:rFonts w:ascii="Aptos" w:hAnsi="Aptos"/>
              </w:rPr>
            </w:pPr>
            <w:r w:rsidRPr="00CB32C5">
              <w:rPr>
                <w:rFonts w:ascii="Aptos" w:hAnsi="Aptos"/>
                <w:b/>
                <w:color w:val="FFFFFF"/>
                <w:sz w:val="20"/>
              </w:rPr>
              <w:t>Bedeutung</w:t>
            </w:r>
          </w:p>
        </w:tc>
      </w:tr>
      <w:tr w:rsidR="00EF4724" w:rsidRPr="00CB32C5" w14:paraId="764C5F70" w14:textId="77777777">
        <w:trPr>
          <w:cantSplit/>
          <w:jc w:val="center"/>
        </w:trPr>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687A3288" w14:textId="77777777" w:rsidR="00EF4724" w:rsidRPr="00CB32C5" w:rsidRDefault="00000000">
            <w:pPr>
              <w:spacing w:after="0" w:line="250" w:lineRule="auto"/>
              <w:rPr>
                <w:rFonts w:ascii="Aptos" w:hAnsi="Aptos"/>
              </w:rPr>
            </w:pPr>
            <w:r w:rsidRPr="00CB32C5">
              <w:rPr>
                <w:rFonts w:ascii="Aptos" w:hAnsi="Aptos"/>
                <w:sz w:val="20"/>
              </w:rPr>
              <w:t>0</w:t>
            </w:r>
          </w:p>
        </w:tc>
        <w:tc>
          <w:tcPr>
            <w:tcW w:w="9144"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32F18371" w14:textId="77777777" w:rsidR="00EF4724" w:rsidRPr="00CB32C5" w:rsidRDefault="00000000">
            <w:pPr>
              <w:spacing w:after="0" w:line="250" w:lineRule="auto"/>
              <w:rPr>
                <w:rFonts w:ascii="Aptos" w:hAnsi="Aptos"/>
                <w:lang w:val="de-DE"/>
              </w:rPr>
            </w:pPr>
            <w:r w:rsidRPr="00CB32C5">
              <w:rPr>
                <w:rFonts w:ascii="Aptos" w:hAnsi="Aptos"/>
                <w:sz w:val="20"/>
                <w:lang w:val="de-DE"/>
              </w:rPr>
              <w:t>Trifft nicht zu – nicht vorhanden oder nicht umgesetzt.</w:t>
            </w:r>
          </w:p>
        </w:tc>
      </w:tr>
      <w:tr w:rsidR="00EF4724" w:rsidRPr="00CB32C5" w14:paraId="75B759E9" w14:textId="77777777">
        <w:trPr>
          <w:cantSplit/>
          <w:jc w:val="center"/>
        </w:trPr>
        <w:tc>
          <w:tcPr>
            <w:tcW w:w="936"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6AF64046" w14:textId="77777777" w:rsidR="00EF4724" w:rsidRPr="00CB32C5" w:rsidRDefault="00000000">
            <w:pPr>
              <w:spacing w:after="0" w:line="250" w:lineRule="auto"/>
              <w:rPr>
                <w:rFonts w:ascii="Aptos" w:hAnsi="Aptos"/>
              </w:rPr>
            </w:pPr>
            <w:r w:rsidRPr="00CB32C5">
              <w:rPr>
                <w:rFonts w:ascii="Aptos" w:hAnsi="Aptos"/>
                <w:sz w:val="20"/>
              </w:rPr>
              <w:t>1</w:t>
            </w:r>
          </w:p>
        </w:tc>
        <w:tc>
          <w:tcPr>
            <w:tcW w:w="9144"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040CAF8D" w14:textId="77777777" w:rsidR="00EF4724" w:rsidRPr="00CB32C5" w:rsidRDefault="00000000">
            <w:pPr>
              <w:spacing w:after="0" w:line="250" w:lineRule="auto"/>
              <w:rPr>
                <w:rFonts w:ascii="Aptos" w:hAnsi="Aptos"/>
                <w:lang w:val="de-DE"/>
              </w:rPr>
            </w:pPr>
            <w:r w:rsidRPr="00CB32C5">
              <w:rPr>
                <w:rFonts w:ascii="Aptos" w:hAnsi="Aptos"/>
                <w:sz w:val="20"/>
                <w:lang w:val="de-DE"/>
              </w:rPr>
              <w:t>Trifft ansatzweise zu – einzelne Ansätze, stark von einzelnen Personen abhängig.</w:t>
            </w:r>
          </w:p>
        </w:tc>
      </w:tr>
      <w:tr w:rsidR="00EF4724" w:rsidRPr="00CB32C5" w14:paraId="697B3487" w14:textId="77777777">
        <w:trPr>
          <w:cantSplit/>
          <w:jc w:val="center"/>
        </w:trPr>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1601277F" w14:textId="77777777" w:rsidR="00EF4724" w:rsidRPr="00CB32C5" w:rsidRDefault="00000000">
            <w:pPr>
              <w:spacing w:after="0" w:line="250" w:lineRule="auto"/>
              <w:rPr>
                <w:rFonts w:ascii="Aptos" w:hAnsi="Aptos"/>
              </w:rPr>
            </w:pPr>
            <w:r w:rsidRPr="00CB32C5">
              <w:rPr>
                <w:rFonts w:ascii="Aptos" w:hAnsi="Aptos"/>
                <w:sz w:val="20"/>
              </w:rPr>
              <w:t>2</w:t>
            </w:r>
          </w:p>
        </w:tc>
        <w:tc>
          <w:tcPr>
            <w:tcW w:w="9144"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455503AF" w14:textId="77777777" w:rsidR="00EF4724" w:rsidRPr="00CB32C5" w:rsidRDefault="00000000">
            <w:pPr>
              <w:spacing w:after="0" w:line="250" w:lineRule="auto"/>
              <w:rPr>
                <w:rFonts w:ascii="Aptos" w:hAnsi="Aptos"/>
                <w:lang w:val="de-DE"/>
              </w:rPr>
            </w:pPr>
            <w:r w:rsidRPr="00CB32C5">
              <w:rPr>
                <w:rFonts w:ascii="Aptos" w:hAnsi="Aptos"/>
                <w:sz w:val="20"/>
                <w:lang w:val="de-DE"/>
              </w:rPr>
              <w:t>Trifft teilweise zu – in Teilbereichen umgesetzt, mit deutlichen Lücken.</w:t>
            </w:r>
          </w:p>
        </w:tc>
      </w:tr>
      <w:tr w:rsidR="00EF4724" w:rsidRPr="00CB32C5" w14:paraId="49542B0B" w14:textId="77777777">
        <w:trPr>
          <w:cantSplit/>
          <w:jc w:val="center"/>
        </w:trPr>
        <w:tc>
          <w:tcPr>
            <w:tcW w:w="936"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369B04B9" w14:textId="77777777" w:rsidR="00EF4724" w:rsidRPr="00CB32C5" w:rsidRDefault="00000000">
            <w:pPr>
              <w:spacing w:after="0" w:line="250" w:lineRule="auto"/>
              <w:rPr>
                <w:rFonts w:ascii="Aptos" w:hAnsi="Aptos"/>
              </w:rPr>
            </w:pPr>
            <w:r w:rsidRPr="00CB32C5">
              <w:rPr>
                <w:rFonts w:ascii="Aptos" w:hAnsi="Aptos"/>
                <w:sz w:val="20"/>
              </w:rPr>
              <w:t>3</w:t>
            </w:r>
          </w:p>
        </w:tc>
        <w:tc>
          <w:tcPr>
            <w:tcW w:w="9144"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7410F356" w14:textId="77777777" w:rsidR="00EF4724" w:rsidRPr="00CB32C5" w:rsidRDefault="00000000">
            <w:pPr>
              <w:spacing w:after="0" w:line="250" w:lineRule="auto"/>
              <w:rPr>
                <w:rFonts w:ascii="Aptos" w:hAnsi="Aptos"/>
                <w:lang w:val="de-DE"/>
              </w:rPr>
            </w:pPr>
            <w:r w:rsidRPr="00CB32C5">
              <w:rPr>
                <w:rFonts w:ascii="Aptos" w:hAnsi="Aptos"/>
                <w:sz w:val="20"/>
                <w:lang w:val="de-DE"/>
              </w:rPr>
              <w:t>Trifft weitgehend zu – überwiegend verlässlich umgesetzt und im Alltag verankert.</w:t>
            </w:r>
          </w:p>
        </w:tc>
      </w:tr>
      <w:tr w:rsidR="00EF4724" w:rsidRPr="00CB32C5" w14:paraId="629A0B56" w14:textId="77777777">
        <w:trPr>
          <w:cantSplit/>
          <w:jc w:val="center"/>
        </w:trPr>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3D042820" w14:textId="77777777" w:rsidR="00EF4724" w:rsidRPr="00CB32C5" w:rsidRDefault="00000000">
            <w:pPr>
              <w:spacing w:after="0" w:line="250" w:lineRule="auto"/>
              <w:rPr>
                <w:rFonts w:ascii="Aptos" w:hAnsi="Aptos"/>
              </w:rPr>
            </w:pPr>
            <w:r w:rsidRPr="00CB32C5">
              <w:rPr>
                <w:rFonts w:ascii="Aptos" w:hAnsi="Aptos"/>
                <w:sz w:val="20"/>
              </w:rPr>
              <w:t>4</w:t>
            </w:r>
          </w:p>
        </w:tc>
        <w:tc>
          <w:tcPr>
            <w:tcW w:w="9144"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63843960" w14:textId="77777777" w:rsidR="00EF4724" w:rsidRPr="00CB32C5" w:rsidRDefault="00000000">
            <w:pPr>
              <w:spacing w:after="0" w:line="250" w:lineRule="auto"/>
              <w:rPr>
                <w:rFonts w:ascii="Aptos" w:hAnsi="Aptos"/>
                <w:lang w:val="de-DE"/>
              </w:rPr>
            </w:pPr>
            <w:r w:rsidRPr="00CB32C5">
              <w:rPr>
                <w:rFonts w:ascii="Aptos" w:hAnsi="Aptos"/>
                <w:sz w:val="20"/>
                <w:lang w:val="de-DE"/>
              </w:rPr>
              <w:t>Trifft vollständig zu – durchgängig umgesetzt und durch konkrete Beispiele oder Ergebnisse belegt.</w:t>
            </w:r>
          </w:p>
        </w:tc>
      </w:tr>
      <w:tr w:rsidR="00EF4724" w:rsidRPr="00CB32C5" w14:paraId="3DCE1185" w14:textId="77777777">
        <w:trPr>
          <w:cantSplit/>
          <w:jc w:val="center"/>
        </w:trPr>
        <w:tc>
          <w:tcPr>
            <w:tcW w:w="936"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4AB1DEEC" w14:textId="77777777" w:rsidR="00EF4724" w:rsidRPr="00CB32C5" w:rsidRDefault="00000000">
            <w:pPr>
              <w:spacing w:after="0" w:line="250" w:lineRule="auto"/>
              <w:rPr>
                <w:rFonts w:ascii="Aptos" w:hAnsi="Aptos"/>
              </w:rPr>
            </w:pPr>
            <w:r w:rsidRPr="00CB32C5">
              <w:rPr>
                <w:rFonts w:ascii="Aptos" w:hAnsi="Aptos"/>
                <w:sz w:val="20"/>
              </w:rPr>
              <w:t>W</w:t>
            </w:r>
          </w:p>
        </w:tc>
        <w:tc>
          <w:tcPr>
            <w:tcW w:w="9144"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24C1E72B" w14:textId="77777777" w:rsidR="00EF4724" w:rsidRPr="00CB32C5" w:rsidRDefault="00000000">
            <w:pPr>
              <w:spacing w:after="0" w:line="250" w:lineRule="auto"/>
              <w:rPr>
                <w:rFonts w:ascii="Aptos" w:hAnsi="Aptos"/>
                <w:lang w:val="de-DE"/>
              </w:rPr>
            </w:pPr>
            <w:r w:rsidRPr="00CB32C5">
              <w:rPr>
                <w:rFonts w:ascii="Aptos" w:hAnsi="Aptos"/>
                <w:sz w:val="20"/>
                <w:lang w:val="de-DE"/>
              </w:rPr>
              <w:t>Weiß ich nicht – ich habe keine ausreichenden Informationen.</w:t>
            </w:r>
          </w:p>
        </w:tc>
      </w:tr>
      <w:tr w:rsidR="00EF4724" w:rsidRPr="00CB32C5" w14:paraId="370C07F1" w14:textId="77777777">
        <w:trPr>
          <w:cantSplit/>
          <w:jc w:val="center"/>
        </w:trPr>
        <w:tc>
          <w:tcPr>
            <w:tcW w:w="936"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2582FE4C" w14:textId="77777777" w:rsidR="00EF4724" w:rsidRPr="00CB32C5" w:rsidRDefault="00000000">
            <w:pPr>
              <w:spacing w:after="0" w:line="250" w:lineRule="auto"/>
              <w:rPr>
                <w:rFonts w:ascii="Aptos" w:hAnsi="Aptos"/>
              </w:rPr>
            </w:pPr>
            <w:r w:rsidRPr="00CB32C5">
              <w:rPr>
                <w:rFonts w:ascii="Aptos" w:hAnsi="Aptos"/>
                <w:sz w:val="20"/>
              </w:rPr>
              <w:t>N</w:t>
            </w:r>
          </w:p>
        </w:tc>
        <w:tc>
          <w:tcPr>
            <w:tcW w:w="9144"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2D62816D" w14:textId="77777777" w:rsidR="00EF4724" w:rsidRPr="00CB32C5" w:rsidRDefault="00000000">
            <w:pPr>
              <w:spacing w:after="0" w:line="250" w:lineRule="auto"/>
              <w:rPr>
                <w:rFonts w:ascii="Aptos" w:hAnsi="Aptos"/>
                <w:lang w:val="de-DE"/>
              </w:rPr>
            </w:pPr>
            <w:r w:rsidRPr="00CB32C5">
              <w:rPr>
                <w:rFonts w:ascii="Aptos" w:hAnsi="Aptos"/>
                <w:sz w:val="20"/>
                <w:lang w:val="de-DE"/>
              </w:rPr>
              <w:t>Nicht anwendbar – für den vereinbarten Geltungsbereich sachlich nicht relevant; bitte begründen.</w:t>
            </w:r>
          </w:p>
        </w:tc>
      </w:tr>
    </w:tbl>
    <w:p w14:paraId="63997E1E" w14:textId="77777777" w:rsidR="00EF4724" w:rsidRPr="00CB32C5" w:rsidRDefault="00EF4724">
      <w:pPr>
        <w:spacing w:after="0"/>
        <w:rPr>
          <w:rFonts w:ascii="Aptos" w:hAnsi="Aptos"/>
          <w:lang w:val="de-DE"/>
        </w:rPr>
      </w:pPr>
    </w:p>
    <w:p w14:paraId="12882F60" w14:textId="77777777" w:rsidR="00EF4724" w:rsidRPr="00CB32C5" w:rsidRDefault="00000000">
      <w:pPr>
        <w:rPr>
          <w:rFonts w:ascii="Aptos" w:hAnsi="Aptos"/>
          <w:lang w:val="de-DE"/>
        </w:rPr>
      </w:pPr>
      <w:r w:rsidRPr="00CB32C5">
        <w:rPr>
          <w:rFonts w:ascii="Aptos" w:hAnsi="Aptos"/>
          <w:lang w:val="de-DE"/>
        </w:rPr>
        <w:t>W ist keine schlechte Bewertung und wird nicht als 0 gezählt. N bedeutet nicht „machen wir noch nicht“. Fehlt eine grundsätzlich relevante Fähigkeit, wählen Sie 0 bis 2 statt N.</w:t>
      </w:r>
    </w:p>
    <w:p w14:paraId="0D8E2DA0" w14:textId="77777777" w:rsidR="00EF4724" w:rsidRPr="00CB32C5" w:rsidRDefault="00000000">
      <w:pPr>
        <w:rPr>
          <w:rFonts w:ascii="Aptos" w:hAnsi="Aptos"/>
          <w:lang w:val="de-DE"/>
        </w:rPr>
      </w:pPr>
      <w:r w:rsidRPr="00CB32C5">
        <w:rPr>
          <w:rFonts w:ascii="Aptos" w:hAnsi="Aptos"/>
          <w:lang w:val="de-DE"/>
        </w:rPr>
        <w:t>Die Bedeutung eines Themenfelds bewerten Sie zusätzlich für die nächsten 12 bis 24 Monate: 1 = gering, 2 = mittel, 3 = hoch. Sie unterstützt später die Priorisierung und verändert den Reifegradwert nicht.</w:t>
      </w:r>
    </w:p>
    <w:p w14:paraId="22790BFF" w14:textId="77777777" w:rsidR="00EF4724" w:rsidRPr="00CB32C5" w:rsidRDefault="00000000">
      <w:pPr>
        <w:pageBreakBefore/>
        <w:spacing w:after="20"/>
        <w:rPr>
          <w:rFonts w:ascii="Aptos" w:hAnsi="Aptos"/>
          <w:lang w:val="de-DE"/>
        </w:rPr>
      </w:pPr>
      <w:r w:rsidRPr="00CB32C5">
        <w:rPr>
          <w:rFonts w:ascii="Aptos" w:hAnsi="Aptos"/>
          <w:sz w:val="18"/>
          <w:lang w:val="de-DE"/>
        </w:rPr>
        <w:lastRenderedPageBreak/>
        <w:t>Bewertung: 0 nicht · 1 ansatzweise · 2 teilweise · 3 weitgehend · 4 vollständig belegt</w:t>
      </w:r>
    </w:p>
    <w:p w14:paraId="18CE0A4F" w14:textId="77777777" w:rsidR="00EF4724" w:rsidRPr="00CB32C5" w:rsidRDefault="00000000">
      <w:pPr>
        <w:rPr>
          <w:rFonts w:ascii="Aptos" w:hAnsi="Aptos"/>
          <w:lang w:val="de-DE"/>
        </w:rPr>
      </w:pPr>
      <w:r w:rsidRPr="00CB32C5">
        <w:rPr>
          <w:rFonts w:ascii="Aptos" w:hAnsi="Aptos"/>
          <w:sz w:val="18"/>
          <w:lang w:val="de-DE"/>
        </w:rPr>
        <w:t>W = weiß ich nicht     N = nicht anwendbar mit Begründung</w:t>
      </w:r>
    </w:p>
    <w:p w14:paraId="336E35EB" w14:textId="77777777" w:rsidR="00EF4724" w:rsidRPr="00DB5CD5" w:rsidRDefault="00000000" w:rsidP="00DB5CD5">
      <w:pPr>
        <w:pStyle w:val="berschrift2"/>
        <w:rPr>
          <w:rFonts w:ascii="Aptos" w:hAnsi="Aptos"/>
          <w:color w:val="00A19C"/>
          <w:sz w:val="22"/>
          <w:szCs w:val="22"/>
        </w:rPr>
      </w:pPr>
      <w:r w:rsidRPr="00DB5CD5">
        <w:rPr>
          <w:rFonts w:ascii="Aptos" w:hAnsi="Aptos"/>
          <w:color w:val="00A19C"/>
          <w:sz w:val="22"/>
          <w:szCs w:val="22"/>
        </w:rPr>
        <w:t xml:space="preserve">A  Strategie und </w:t>
      </w:r>
      <w:proofErr w:type="spellStart"/>
      <w:r w:rsidRPr="00DB5CD5">
        <w:rPr>
          <w:rFonts w:ascii="Aptos" w:hAnsi="Aptos"/>
          <w:color w:val="00A19C"/>
          <w:sz w:val="22"/>
          <w:szCs w:val="22"/>
        </w:rPr>
        <w:t>Geschäftsnutzen</w:t>
      </w:r>
      <w:proofErr w:type="spellEnd"/>
    </w:p>
    <w:p w14:paraId="26173B36" w14:textId="77777777" w:rsidR="00EF4724" w:rsidRPr="00CB32C5" w:rsidRDefault="00000000">
      <w:pPr>
        <w:keepNext/>
        <w:spacing w:after="40"/>
        <w:rPr>
          <w:rFonts w:ascii="Aptos" w:hAnsi="Aptos"/>
          <w:lang w:val="de-DE"/>
        </w:rPr>
      </w:pPr>
      <w:r w:rsidRPr="00CB32C5">
        <w:rPr>
          <w:rFonts w:ascii="Aptos" w:hAnsi="Aptos"/>
          <w:b/>
          <w:lang w:val="de-DE"/>
        </w:rPr>
        <w:t xml:space="preserve">A1  </w:t>
      </w:r>
      <w:r w:rsidRPr="00CB32C5">
        <w:rPr>
          <w:rFonts w:ascii="Aptos" w:hAnsi="Aptos"/>
          <w:lang w:val="de-DE"/>
        </w:rPr>
        <w:t>Wir haben festgelegt, zu welchen konkreten Geschäftszielen die Digitalisierung beitragen soll.</w:t>
      </w:r>
    </w:p>
    <w:p w14:paraId="64473AFD" w14:textId="39D4B5CF" w:rsidR="00EF4724" w:rsidRPr="00CB32C5" w:rsidRDefault="00000000">
      <w:pPr>
        <w:spacing w:after="180" w:line="240" w:lineRule="auto"/>
        <w:ind w:left="418"/>
        <w:rPr>
          <w:rFonts w:ascii="Aptos" w:hAnsi="Aptos"/>
          <w:sz w:val="24"/>
          <w:szCs w:val="24"/>
          <w:lang w:val="de-DE"/>
        </w:rPr>
      </w:pPr>
      <w:sdt>
        <w:sdtPr>
          <w:rPr>
            <w:rFonts w:ascii="Aptos" w:hAnsi="Aptos"/>
            <w:sz w:val="24"/>
            <w:szCs w:val="24"/>
            <w:lang w:val="de-DE"/>
          </w:rPr>
          <w:id w:val="-2012978561"/>
          <w14:checkbox>
            <w14:checked w14:val="0"/>
            <w14:checkedState w14:val="2612" w14:font="MS Gothic"/>
            <w14:uncheckedState w14:val="2610" w14:font="MS Gothic"/>
          </w14:checkbox>
        </w:sdtPr>
        <w:sdtContent>
          <w:r w:rsidR="00D771D7">
            <w:rPr>
              <w:rFonts w:ascii="MS Gothic" w:eastAsia="MS Gothic" w:hAnsi="MS Gothic" w:hint="eastAsia"/>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67692978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132053195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1505052416"/>
          <w14:checkbox>
            <w14:checked w14:val="1"/>
            <w14:checkedState w14:val="2612" w14:font="MS Gothic"/>
            <w14:uncheckedState w14:val="2610" w14:font="MS Gothic"/>
          </w14:checkbox>
        </w:sdtPr>
        <w:sdtContent>
          <w:r w:rsidR="00DE288A"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33999580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117523090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86209731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1BAEFAD7" w14:textId="77777777" w:rsidR="00EF4724" w:rsidRPr="00CB32C5" w:rsidRDefault="00000000">
      <w:pPr>
        <w:keepNext/>
        <w:spacing w:after="40"/>
        <w:rPr>
          <w:rFonts w:ascii="Aptos" w:hAnsi="Aptos"/>
          <w:lang w:val="de-DE"/>
        </w:rPr>
      </w:pPr>
      <w:r w:rsidRPr="00CB32C5">
        <w:rPr>
          <w:rFonts w:ascii="Aptos" w:hAnsi="Aptos"/>
          <w:b/>
          <w:lang w:val="de-DE"/>
        </w:rPr>
        <w:t xml:space="preserve">A2  </w:t>
      </w:r>
      <w:r w:rsidRPr="00CB32C5">
        <w:rPr>
          <w:rFonts w:ascii="Aptos" w:hAnsi="Aptos"/>
          <w:lang w:val="de-DE"/>
        </w:rPr>
        <w:t>Die wichtigsten digitalen Vorhaben sind anhand ihres erwarteten Geschäftsnutzens priorisiert.</w:t>
      </w:r>
    </w:p>
    <w:p w14:paraId="58B7B620" w14:textId="3F0985DD"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894045178"/>
          <w14:checkbox>
            <w14:checked w14:val="0"/>
            <w14:checkedState w14:val="2612" w14:font="MS Gothic"/>
            <w14:uncheckedState w14:val="2610" w14:font="MS Gothic"/>
          </w14:checkbox>
        </w:sdtPr>
        <w:sdtContent>
          <w:r w:rsidR="0087043A"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38032592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194681403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203722744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93526670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136497637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54256439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1A4FE081" w14:textId="77777777" w:rsidR="00EF4724" w:rsidRPr="00CB32C5" w:rsidRDefault="00000000">
      <w:pPr>
        <w:keepNext/>
        <w:spacing w:after="40"/>
        <w:rPr>
          <w:rFonts w:ascii="Aptos" w:hAnsi="Aptos"/>
          <w:lang w:val="de-DE"/>
        </w:rPr>
      </w:pPr>
      <w:r w:rsidRPr="00CB32C5">
        <w:rPr>
          <w:rFonts w:ascii="Aptos" w:hAnsi="Aptos"/>
          <w:b/>
          <w:lang w:val="de-DE"/>
        </w:rPr>
        <w:t xml:space="preserve">A3  </w:t>
      </w:r>
      <w:r w:rsidRPr="00CB32C5">
        <w:rPr>
          <w:rFonts w:ascii="Aptos" w:hAnsi="Aptos"/>
          <w:lang w:val="de-DE"/>
        </w:rPr>
        <w:t>Ein gemeinsames Zielbild beschreibt, wie unser Unternehmen künftig digital arbeiten soll.</w:t>
      </w:r>
    </w:p>
    <w:p w14:paraId="55CFD267"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173873380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205103216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202786122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55590171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80530585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80543837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7687343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7B118019" w14:textId="77777777" w:rsidR="00EF4724" w:rsidRPr="00CB32C5" w:rsidRDefault="00000000">
      <w:pPr>
        <w:keepNext/>
        <w:spacing w:after="40"/>
        <w:rPr>
          <w:rFonts w:ascii="Aptos" w:hAnsi="Aptos"/>
          <w:lang w:val="de-DE"/>
        </w:rPr>
      </w:pPr>
      <w:r w:rsidRPr="00CB32C5">
        <w:rPr>
          <w:rFonts w:ascii="Aptos" w:hAnsi="Aptos"/>
          <w:b/>
          <w:lang w:val="de-DE"/>
        </w:rPr>
        <w:t xml:space="preserve">A4  </w:t>
      </w:r>
      <w:r w:rsidRPr="00CB32C5">
        <w:rPr>
          <w:rFonts w:ascii="Aptos" w:hAnsi="Aptos"/>
          <w:lang w:val="de-DE"/>
        </w:rPr>
        <w:t>Eine abgestimmte Roadmap zeigt die Reihenfolge unserer digitalen Vorhaben und ihre Abhängigkeiten.</w:t>
      </w:r>
    </w:p>
    <w:p w14:paraId="68F066BE"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109991018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80365847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61386659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45475973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83166397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75826176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188300843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77717486" w14:textId="77777777" w:rsidR="00EF4724" w:rsidRPr="00CB32C5" w:rsidRDefault="00000000">
      <w:pPr>
        <w:keepNext/>
        <w:spacing w:after="40"/>
        <w:rPr>
          <w:rFonts w:ascii="Aptos" w:hAnsi="Aptos"/>
          <w:lang w:val="de-DE"/>
        </w:rPr>
      </w:pPr>
      <w:r w:rsidRPr="00CB32C5">
        <w:rPr>
          <w:rFonts w:ascii="Aptos" w:hAnsi="Aptos"/>
          <w:b/>
          <w:lang w:val="de-DE"/>
        </w:rPr>
        <w:t xml:space="preserve">A5  </w:t>
      </w:r>
      <w:r w:rsidRPr="00CB32C5">
        <w:rPr>
          <w:rFonts w:ascii="Aptos" w:hAnsi="Aptos"/>
          <w:lang w:val="de-DE"/>
        </w:rPr>
        <w:t>Wir überprüfen anhand vereinbarter Kennzahlen, ob digitale Vorhaben den erwarteten Nutzen erreichen.</w:t>
      </w:r>
    </w:p>
    <w:p w14:paraId="4C934E1F" w14:textId="37017149"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750504645"/>
          <w14:checkbox>
            <w14:checked w14:val="0"/>
            <w14:checkedState w14:val="2612" w14:font="MS Gothic"/>
            <w14:uncheckedState w14:val="2610" w14:font="MS Gothic"/>
          </w14:checkbox>
        </w:sdtPr>
        <w:sdtContent>
          <w:r w:rsidR="0081075F">
            <w:rPr>
              <w:rFonts w:ascii="MS Gothic" w:eastAsia="MS Gothic" w:hAnsi="MS Gothic" w:hint="eastAsia"/>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157947248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47352423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37754390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48961932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141751737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55415867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74FFF1FD" w14:textId="63FD279E" w:rsidR="00EF4724" w:rsidRPr="0081075F" w:rsidRDefault="00000000">
      <w:pPr>
        <w:spacing w:after="40"/>
        <w:rPr>
          <w:rFonts w:ascii="Aptos" w:hAnsi="Aptos"/>
          <w:lang w:val="de-DE"/>
        </w:rPr>
      </w:pPr>
      <w:r w:rsidRPr="005B2886">
        <w:rPr>
          <w:rFonts w:ascii="Aptos" w:hAnsi="Aptos"/>
          <w:b/>
          <w:bCs/>
          <w:lang w:val="de-DE"/>
        </w:rPr>
        <w:t>Bedeutung:</w:t>
      </w:r>
      <w:r w:rsidRPr="0081075F">
        <w:rPr>
          <w:rFonts w:ascii="Aptos" w:hAnsi="Aptos"/>
          <w:lang w:val="de-DE"/>
        </w:rPr>
        <w:t xml:space="preserve"> ☐ 1 gering  ☐ 2 mittel  ☐ 3 hoch     Beleg oder Begründung für N mit Fragenummer:</w:t>
      </w:r>
      <w:r w:rsidR="0081075F">
        <w:rPr>
          <w:rFonts w:ascii="Aptos" w:hAnsi="Aptos"/>
          <w:lang w:val="de-DE"/>
        </w:rPr>
        <w:t xml:space="preserve"> ___________</w:t>
      </w:r>
    </w:p>
    <w:p w14:paraId="19F362F6" w14:textId="39D0CDA7" w:rsidR="00EF4724" w:rsidRPr="0081075F" w:rsidRDefault="00000000">
      <w:pPr>
        <w:spacing w:after="100"/>
        <w:rPr>
          <w:rFonts w:ascii="Aptos" w:hAnsi="Aptos"/>
          <w:lang w:val="de-DE"/>
        </w:rPr>
      </w:pPr>
      <w:r w:rsidRPr="0081075F">
        <w:rPr>
          <w:rFonts w:ascii="Aptos" w:hAnsi="Aptos"/>
          <w:lang w:val="de-DE"/>
        </w:rPr>
        <w:t>________________________________________________________________________________</w:t>
      </w:r>
      <w:r w:rsidR="005B2886">
        <w:rPr>
          <w:rFonts w:ascii="Aptos" w:hAnsi="Aptos"/>
          <w:lang w:val="de-DE"/>
        </w:rPr>
        <w:t>___________________</w:t>
      </w:r>
    </w:p>
    <w:p w14:paraId="29282826" w14:textId="77777777" w:rsidR="00EF4724" w:rsidRPr="00DB5CD5" w:rsidRDefault="00000000">
      <w:pPr>
        <w:pStyle w:val="berschrift2"/>
        <w:rPr>
          <w:rFonts w:ascii="Aptos" w:hAnsi="Aptos"/>
          <w:color w:val="00A19C"/>
          <w:sz w:val="22"/>
          <w:szCs w:val="22"/>
        </w:rPr>
      </w:pPr>
      <w:r w:rsidRPr="00DB5CD5">
        <w:rPr>
          <w:rFonts w:ascii="Aptos" w:hAnsi="Aptos"/>
          <w:color w:val="00A19C"/>
          <w:sz w:val="22"/>
          <w:szCs w:val="22"/>
        </w:rPr>
        <w:t xml:space="preserve">B  Führung und </w:t>
      </w:r>
      <w:proofErr w:type="spellStart"/>
      <w:r w:rsidRPr="00DB5CD5">
        <w:rPr>
          <w:rFonts w:ascii="Aptos" w:hAnsi="Aptos"/>
          <w:color w:val="00A19C"/>
          <w:sz w:val="22"/>
          <w:szCs w:val="22"/>
        </w:rPr>
        <w:t>Verantwortlichkeiten</w:t>
      </w:r>
      <w:proofErr w:type="spellEnd"/>
    </w:p>
    <w:p w14:paraId="0498F6CD" w14:textId="77777777" w:rsidR="00EF4724" w:rsidRPr="00CB32C5" w:rsidRDefault="00000000">
      <w:pPr>
        <w:keepNext/>
        <w:spacing w:after="40"/>
        <w:rPr>
          <w:rFonts w:ascii="Aptos" w:hAnsi="Aptos"/>
          <w:lang w:val="de-DE"/>
        </w:rPr>
      </w:pPr>
      <w:r w:rsidRPr="00CB32C5">
        <w:rPr>
          <w:rFonts w:ascii="Aptos" w:hAnsi="Aptos"/>
          <w:b/>
          <w:lang w:val="de-DE"/>
        </w:rPr>
        <w:t xml:space="preserve">B1  </w:t>
      </w:r>
      <w:r w:rsidRPr="00CB32C5">
        <w:rPr>
          <w:rFonts w:ascii="Aptos" w:hAnsi="Aptos"/>
          <w:lang w:val="de-DE"/>
        </w:rPr>
        <w:t>Die Geschäftsführung trifft die für digitale Veränderungen erforderlichen Entscheidungen rechtzeitig.</w:t>
      </w:r>
    </w:p>
    <w:p w14:paraId="528D1EA2"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180661508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197832868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60485036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171284282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01048658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99576748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44466172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7EBB8A84" w14:textId="77777777" w:rsidR="00EF4724" w:rsidRPr="00CB32C5" w:rsidRDefault="00000000">
      <w:pPr>
        <w:keepNext/>
        <w:spacing w:after="40"/>
        <w:rPr>
          <w:rFonts w:ascii="Aptos" w:hAnsi="Aptos"/>
          <w:lang w:val="de-DE"/>
        </w:rPr>
      </w:pPr>
      <w:r w:rsidRPr="00CB32C5">
        <w:rPr>
          <w:rFonts w:ascii="Aptos" w:hAnsi="Aptos"/>
          <w:b/>
          <w:lang w:val="de-DE"/>
        </w:rPr>
        <w:t xml:space="preserve">B2  </w:t>
      </w:r>
      <w:r w:rsidRPr="00CB32C5">
        <w:rPr>
          <w:rFonts w:ascii="Aptos" w:hAnsi="Aptos"/>
          <w:lang w:val="de-DE"/>
        </w:rPr>
        <w:t>Für jedes wesentliche digitale Vorhaben gibt es eine Person, die den geschäftlichen Nutzen verantwortet.</w:t>
      </w:r>
    </w:p>
    <w:p w14:paraId="60F163C4"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36455952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165166383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209145011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36683806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204366222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79198115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20129039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3F70D66B" w14:textId="77777777" w:rsidR="00EF4724" w:rsidRPr="00CB32C5" w:rsidRDefault="00000000">
      <w:pPr>
        <w:keepNext/>
        <w:spacing w:after="40"/>
        <w:rPr>
          <w:rFonts w:ascii="Aptos" w:hAnsi="Aptos"/>
          <w:lang w:val="de-DE"/>
        </w:rPr>
      </w:pPr>
      <w:r w:rsidRPr="00CB32C5">
        <w:rPr>
          <w:rFonts w:ascii="Aptos" w:hAnsi="Aptos"/>
          <w:b/>
          <w:lang w:val="de-DE"/>
        </w:rPr>
        <w:t xml:space="preserve">B3  </w:t>
      </w:r>
      <w:r w:rsidRPr="00CB32C5">
        <w:rPr>
          <w:rFonts w:ascii="Aptos" w:hAnsi="Aptos"/>
          <w:lang w:val="de-DE"/>
        </w:rPr>
        <w:t>Entscheidungsbefugnisse zwischen Geschäftsführung, Fachbereichen und IT sind klar geregelt.</w:t>
      </w:r>
    </w:p>
    <w:p w14:paraId="352BB83D"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132716085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132162290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86711152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5054107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55352929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198589416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187868760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038951A9" w14:textId="77777777" w:rsidR="00EF4724" w:rsidRPr="00CB32C5" w:rsidRDefault="00000000">
      <w:pPr>
        <w:keepNext/>
        <w:spacing w:after="40"/>
        <w:rPr>
          <w:rFonts w:ascii="Aptos" w:hAnsi="Aptos"/>
          <w:lang w:val="de-DE"/>
        </w:rPr>
      </w:pPr>
      <w:r w:rsidRPr="00CB32C5">
        <w:rPr>
          <w:rFonts w:ascii="Aptos" w:hAnsi="Aptos"/>
          <w:b/>
          <w:lang w:val="de-DE"/>
        </w:rPr>
        <w:t xml:space="preserve">B4  </w:t>
      </w:r>
      <w:r w:rsidRPr="00CB32C5">
        <w:rPr>
          <w:rFonts w:ascii="Aptos" w:hAnsi="Aptos"/>
          <w:lang w:val="de-DE"/>
        </w:rPr>
        <w:t>Bereichsübergreifende Zielkonflikte werden in einem vereinbarten Verfahren verbindlich geklärt.</w:t>
      </w:r>
    </w:p>
    <w:p w14:paraId="01DC4AD2"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76244563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64786614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42076464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145443455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67411548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71326891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170346522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3077E69A" w14:textId="77777777" w:rsidR="00EF4724" w:rsidRPr="00CB32C5" w:rsidRDefault="00000000">
      <w:pPr>
        <w:keepNext/>
        <w:spacing w:after="40"/>
        <w:rPr>
          <w:rFonts w:ascii="Aptos" w:hAnsi="Aptos"/>
          <w:lang w:val="de-DE"/>
        </w:rPr>
      </w:pPr>
      <w:r w:rsidRPr="00CB32C5">
        <w:rPr>
          <w:rFonts w:ascii="Aptos" w:hAnsi="Aptos"/>
          <w:b/>
          <w:lang w:val="de-DE"/>
        </w:rPr>
        <w:t xml:space="preserve">B5  </w:t>
      </w:r>
      <w:r w:rsidRPr="00CB32C5">
        <w:rPr>
          <w:rFonts w:ascii="Aptos" w:hAnsi="Aptos"/>
          <w:lang w:val="de-DE"/>
        </w:rPr>
        <w:t>Für digitale Vorhaben werden die benötigten finanziellen und personellen Mittel verbindlich zugesagt.</w:t>
      </w:r>
    </w:p>
    <w:p w14:paraId="1BE18C5E"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16163201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61066028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149401614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110102870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88776602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104055754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83969411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6E779BEC" w14:textId="77777777" w:rsidR="005B2886" w:rsidRPr="0081075F" w:rsidRDefault="005B2886" w:rsidP="005B2886">
      <w:pPr>
        <w:spacing w:after="40"/>
        <w:rPr>
          <w:rFonts w:ascii="Aptos" w:hAnsi="Aptos"/>
          <w:lang w:val="de-DE"/>
        </w:rPr>
      </w:pPr>
      <w:r w:rsidRPr="005B2886">
        <w:rPr>
          <w:rFonts w:ascii="Aptos" w:hAnsi="Aptos"/>
          <w:b/>
          <w:bCs/>
          <w:lang w:val="de-DE"/>
        </w:rPr>
        <w:t>Bedeutung:</w:t>
      </w:r>
      <w:r w:rsidRPr="0081075F">
        <w:rPr>
          <w:rFonts w:ascii="Aptos" w:hAnsi="Aptos"/>
          <w:lang w:val="de-DE"/>
        </w:rPr>
        <w:t xml:space="preserve"> ☐ 1 gering  ☐ 2 mittel  ☐ 3 hoch     Beleg oder Begründung für N mit Fragenummer:</w:t>
      </w:r>
      <w:r>
        <w:rPr>
          <w:rFonts w:ascii="Aptos" w:hAnsi="Aptos"/>
          <w:lang w:val="de-DE"/>
        </w:rPr>
        <w:t xml:space="preserve"> ___________</w:t>
      </w:r>
    </w:p>
    <w:p w14:paraId="7DA5AC55" w14:textId="77777777" w:rsidR="005B2886" w:rsidRPr="0081075F" w:rsidRDefault="005B2886" w:rsidP="005B2886">
      <w:pPr>
        <w:spacing w:after="100"/>
        <w:rPr>
          <w:rFonts w:ascii="Aptos" w:hAnsi="Aptos"/>
          <w:lang w:val="de-DE"/>
        </w:rPr>
      </w:pPr>
      <w:r w:rsidRPr="0081075F">
        <w:rPr>
          <w:rFonts w:ascii="Aptos" w:hAnsi="Aptos"/>
          <w:lang w:val="de-DE"/>
        </w:rPr>
        <w:t>________________________________________________________________________________</w:t>
      </w:r>
      <w:r>
        <w:rPr>
          <w:rFonts w:ascii="Aptos" w:hAnsi="Aptos"/>
          <w:lang w:val="de-DE"/>
        </w:rPr>
        <w:t>___________________</w:t>
      </w:r>
    </w:p>
    <w:p w14:paraId="5A8C84B7" w14:textId="77777777" w:rsidR="00EF4724" w:rsidRPr="00CB32C5" w:rsidRDefault="00000000">
      <w:pPr>
        <w:pageBreakBefore/>
        <w:spacing w:after="20"/>
        <w:rPr>
          <w:rFonts w:ascii="Aptos" w:hAnsi="Aptos"/>
          <w:lang w:val="de-DE"/>
        </w:rPr>
      </w:pPr>
      <w:r w:rsidRPr="00CB32C5">
        <w:rPr>
          <w:rFonts w:ascii="Aptos" w:hAnsi="Aptos"/>
          <w:sz w:val="18"/>
          <w:lang w:val="de-DE"/>
        </w:rPr>
        <w:lastRenderedPageBreak/>
        <w:t>Bewertung: 0 nicht · 1 ansatzweise · 2 teilweise · 3 weitgehend · 4 vollständig belegt</w:t>
      </w:r>
    </w:p>
    <w:p w14:paraId="5BCC57B1" w14:textId="77777777" w:rsidR="00EF4724" w:rsidRPr="00CB32C5" w:rsidRDefault="00000000">
      <w:pPr>
        <w:rPr>
          <w:rFonts w:ascii="Aptos" w:hAnsi="Aptos"/>
          <w:lang w:val="de-DE"/>
        </w:rPr>
      </w:pPr>
      <w:r w:rsidRPr="00CB32C5">
        <w:rPr>
          <w:rFonts w:ascii="Aptos" w:hAnsi="Aptos"/>
          <w:sz w:val="18"/>
          <w:lang w:val="de-DE"/>
        </w:rPr>
        <w:t>W = weiß ich nicht     N = nicht anwendbar mit Begründung</w:t>
      </w:r>
    </w:p>
    <w:p w14:paraId="494CFAC4" w14:textId="77777777" w:rsidR="00EF4724" w:rsidRPr="00DB5CD5" w:rsidRDefault="00000000">
      <w:pPr>
        <w:pStyle w:val="berschrift2"/>
        <w:rPr>
          <w:rFonts w:ascii="Aptos" w:hAnsi="Aptos"/>
          <w:color w:val="00A19C"/>
          <w:sz w:val="22"/>
          <w:szCs w:val="22"/>
        </w:rPr>
      </w:pPr>
      <w:r w:rsidRPr="00DB5CD5">
        <w:rPr>
          <w:rFonts w:ascii="Aptos" w:hAnsi="Aptos"/>
          <w:color w:val="00A19C"/>
          <w:sz w:val="22"/>
          <w:szCs w:val="22"/>
        </w:rPr>
        <w:t>C  Prozesse und Zusammenarbeit</w:t>
      </w:r>
    </w:p>
    <w:p w14:paraId="293D0666" w14:textId="77777777" w:rsidR="00EF4724" w:rsidRPr="00CB32C5" w:rsidRDefault="00000000">
      <w:pPr>
        <w:keepNext/>
        <w:spacing w:after="40"/>
        <w:rPr>
          <w:rFonts w:ascii="Aptos" w:hAnsi="Aptos"/>
          <w:lang w:val="de-DE"/>
        </w:rPr>
      </w:pPr>
      <w:r w:rsidRPr="00CB32C5">
        <w:rPr>
          <w:rFonts w:ascii="Aptos" w:hAnsi="Aptos"/>
          <w:b/>
          <w:lang w:val="de-DE"/>
        </w:rPr>
        <w:t xml:space="preserve">C1  </w:t>
      </w:r>
      <w:r w:rsidRPr="00CB32C5">
        <w:rPr>
          <w:rFonts w:ascii="Aptos" w:hAnsi="Aptos"/>
          <w:lang w:val="de-DE"/>
        </w:rPr>
        <w:t>Unsere wesentlichen Abläufe sind vom Auslöser bis zum Ergebnis über Bereichsgrenzen hinweg beschrieben.</w:t>
      </w:r>
    </w:p>
    <w:p w14:paraId="1AA039C8"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183950214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71573593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77903484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124822701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25109312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150731683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179482054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0710B24B" w14:textId="77777777" w:rsidR="00EF4724" w:rsidRPr="00CB32C5" w:rsidRDefault="00000000">
      <w:pPr>
        <w:keepNext/>
        <w:spacing w:after="40"/>
        <w:rPr>
          <w:rFonts w:ascii="Aptos" w:hAnsi="Aptos"/>
          <w:lang w:val="de-DE"/>
        </w:rPr>
      </w:pPr>
      <w:r w:rsidRPr="00CB32C5">
        <w:rPr>
          <w:rFonts w:ascii="Aptos" w:hAnsi="Aptos"/>
          <w:b/>
          <w:lang w:val="de-DE"/>
        </w:rPr>
        <w:t xml:space="preserve">C2  </w:t>
      </w:r>
      <w:r w:rsidRPr="00CB32C5">
        <w:rPr>
          <w:rFonts w:ascii="Aptos" w:hAnsi="Aptos"/>
          <w:lang w:val="de-DE"/>
        </w:rPr>
        <w:t>Für die wesentlichen bereichsübergreifenden Prozesse sind verantwortliche Personen benannt.</w:t>
      </w:r>
    </w:p>
    <w:p w14:paraId="5CC310A9" w14:textId="5A662AE4"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531238639"/>
          <w14:checkbox>
            <w14:checked w14:val="0"/>
            <w14:checkedState w14:val="2612" w14:font="MS Gothic"/>
            <w14:uncheckedState w14:val="2610" w14:font="MS Gothic"/>
          </w14:checkbox>
        </w:sdtPr>
        <w:sdtContent>
          <w:r w:rsidR="00D771D7">
            <w:rPr>
              <w:rFonts w:ascii="MS Gothic" w:eastAsia="MS Gothic" w:hAnsi="MS Gothic" w:hint="eastAsia"/>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103322856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93826148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25225093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55970946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143219953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91235921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2E8796CD" w14:textId="77777777" w:rsidR="00EF4724" w:rsidRPr="00CB32C5" w:rsidRDefault="00000000">
      <w:pPr>
        <w:keepNext/>
        <w:spacing w:after="40"/>
        <w:rPr>
          <w:rFonts w:ascii="Aptos" w:hAnsi="Aptos"/>
          <w:lang w:val="de-DE"/>
        </w:rPr>
      </w:pPr>
      <w:r w:rsidRPr="00CB32C5">
        <w:rPr>
          <w:rFonts w:ascii="Aptos" w:hAnsi="Aptos"/>
          <w:b/>
          <w:lang w:val="de-DE"/>
        </w:rPr>
        <w:t xml:space="preserve">C3  </w:t>
      </w:r>
      <w:r w:rsidRPr="00CB32C5">
        <w:rPr>
          <w:rFonts w:ascii="Aptos" w:hAnsi="Aptos"/>
          <w:lang w:val="de-DE"/>
        </w:rPr>
        <w:t>Vor einer Digitalisierung prüfen wir, welche Prozessschritte entfallen oder vereinfacht werden können.</w:t>
      </w:r>
    </w:p>
    <w:p w14:paraId="23CFA94A"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206740882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140787929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82647194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127116347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95082095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114627390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6202596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7D7282BD" w14:textId="77777777" w:rsidR="00EF4724" w:rsidRPr="00CB32C5" w:rsidRDefault="00000000">
      <w:pPr>
        <w:keepNext/>
        <w:spacing w:after="40"/>
        <w:rPr>
          <w:rFonts w:ascii="Aptos" w:hAnsi="Aptos"/>
          <w:lang w:val="de-DE"/>
        </w:rPr>
      </w:pPr>
      <w:r w:rsidRPr="00CB32C5">
        <w:rPr>
          <w:rFonts w:ascii="Aptos" w:hAnsi="Aptos"/>
          <w:b/>
          <w:lang w:val="de-DE"/>
        </w:rPr>
        <w:t xml:space="preserve">C4  </w:t>
      </w:r>
      <w:r w:rsidRPr="00CB32C5">
        <w:rPr>
          <w:rFonts w:ascii="Aptos" w:hAnsi="Aptos"/>
          <w:lang w:val="de-DE"/>
        </w:rPr>
        <w:t>Informationen werden zwischen beteiligten Bereichen ohne unnötige manuelle Neuerfassung weitergegeben.</w:t>
      </w:r>
    </w:p>
    <w:p w14:paraId="0ED0F15C"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51622621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75902486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204520583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214538292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211454791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195466757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5509141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24135707" w14:textId="77777777" w:rsidR="00EF4724" w:rsidRPr="00CB32C5" w:rsidRDefault="00000000">
      <w:pPr>
        <w:keepNext/>
        <w:spacing w:after="40"/>
        <w:rPr>
          <w:rFonts w:ascii="Aptos" w:hAnsi="Aptos"/>
          <w:lang w:val="de-DE"/>
        </w:rPr>
      </w:pPr>
      <w:r w:rsidRPr="00CB32C5">
        <w:rPr>
          <w:rFonts w:ascii="Aptos" w:hAnsi="Aptos"/>
          <w:b/>
          <w:lang w:val="de-DE"/>
        </w:rPr>
        <w:t xml:space="preserve">C5  </w:t>
      </w:r>
      <w:r w:rsidRPr="00CB32C5">
        <w:rPr>
          <w:rFonts w:ascii="Aptos" w:hAnsi="Aptos"/>
          <w:lang w:val="de-DE"/>
        </w:rPr>
        <w:t>Wir bearbeiten erkannte Engpässe in Prozessen anhand von Daten zu Zeit, Qualität oder Aufwand.</w:t>
      </w:r>
    </w:p>
    <w:p w14:paraId="048605E7"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2622678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20938904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70972210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171819589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91446302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35928061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55709329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57D145F8" w14:textId="77777777" w:rsidR="005B2886" w:rsidRPr="0081075F" w:rsidRDefault="005B2886" w:rsidP="005B2886">
      <w:pPr>
        <w:spacing w:after="40"/>
        <w:rPr>
          <w:rFonts w:ascii="Aptos" w:hAnsi="Aptos"/>
          <w:lang w:val="de-DE"/>
        </w:rPr>
      </w:pPr>
      <w:r w:rsidRPr="005B2886">
        <w:rPr>
          <w:rFonts w:ascii="Aptos" w:hAnsi="Aptos"/>
          <w:b/>
          <w:bCs/>
          <w:lang w:val="de-DE"/>
        </w:rPr>
        <w:t>Bedeutung:</w:t>
      </w:r>
      <w:r w:rsidRPr="0081075F">
        <w:rPr>
          <w:rFonts w:ascii="Aptos" w:hAnsi="Aptos"/>
          <w:lang w:val="de-DE"/>
        </w:rPr>
        <w:t xml:space="preserve"> ☐ 1 gering  ☐ 2 mittel  ☐ 3 hoch     Beleg oder Begründung für N mit Fragenummer:</w:t>
      </w:r>
      <w:r>
        <w:rPr>
          <w:rFonts w:ascii="Aptos" w:hAnsi="Aptos"/>
          <w:lang w:val="de-DE"/>
        </w:rPr>
        <w:t xml:space="preserve"> ___________</w:t>
      </w:r>
    </w:p>
    <w:p w14:paraId="12761622" w14:textId="77777777" w:rsidR="005B2886" w:rsidRPr="0081075F" w:rsidRDefault="005B2886" w:rsidP="005B2886">
      <w:pPr>
        <w:spacing w:after="100"/>
        <w:rPr>
          <w:rFonts w:ascii="Aptos" w:hAnsi="Aptos"/>
          <w:lang w:val="de-DE"/>
        </w:rPr>
      </w:pPr>
      <w:r w:rsidRPr="0081075F">
        <w:rPr>
          <w:rFonts w:ascii="Aptos" w:hAnsi="Aptos"/>
          <w:lang w:val="de-DE"/>
        </w:rPr>
        <w:t>________________________________________________________________________________</w:t>
      </w:r>
      <w:r>
        <w:rPr>
          <w:rFonts w:ascii="Aptos" w:hAnsi="Aptos"/>
          <w:lang w:val="de-DE"/>
        </w:rPr>
        <w:t>___________________</w:t>
      </w:r>
    </w:p>
    <w:p w14:paraId="44DAF218" w14:textId="77777777" w:rsidR="00EF4724" w:rsidRPr="00DB5CD5" w:rsidRDefault="00000000">
      <w:pPr>
        <w:pStyle w:val="berschrift2"/>
        <w:rPr>
          <w:rFonts w:ascii="Aptos" w:hAnsi="Aptos"/>
          <w:color w:val="00A19C"/>
          <w:sz w:val="22"/>
          <w:szCs w:val="22"/>
        </w:rPr>
      </w:pPr>
      <w:r w:rsidRPr="00DB5CD5">
        <w:rPr>
          <w:rFonts w:ascii="Aptos" w:hAnsi="Aptos"/>
          <w:color w:val="00A19C"/>
          <w:sz w:val="22"/>
          <w:szCs w:val="22"/>
        </w:rPr>
        <w:t>D  Systeme und Integration</w:t>
      </w:r>
    </w:p>
    <w:p w14:paraId="1E864FD3" w14:textId="77777777" w:rsidR="00EF4724" w:rsidRPr="00CB32C5" w:rsidRDefault="00000000">
      <w:pPr>
        <w:keepNext/>
        <w:spacing w:after="40"/>
        <w:rPr>
          <w:rFonts w:ascii="Aptos" w:hAnsi="Aptos"/>
          <w:lang w:val="de-DE"/>
        </w:rPr>
      </w:pPr>
      <w:r w:rsidRPr="00CB32C5">
        <w:rPr>
          <w:rFonts w:ascii="Aptos" w:hAnsi="Aptos"/>
          <w:b/>
          <w:lang w:val="de-DE"/>
        </w:rPr>
        <w:t xml:space="preserve">D1  </w:t>
      </w:r>
      <w:r w:rsidRPr="00CB32C5">
        <w:rPr>
          <w:rFonts w:ascii="Aptos" w:hAnsi="Aptos"/>
          <w:lang w:val="de-DE"/>
        </w:rPr>
        <w:t>Wir verfügen über einen aktuellen Überblick über geschäftlich genutzte Anwendungen und ihre Schnittstellen.</w:t>
      </w:r>
    </w:p>
    <w:p w14:paraId="0EF76D81"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122850275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76576971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169496439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80107412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29842210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55413056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24303448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1E977ABE" w14:textId="77777777" w:rsidR="00EF4724" w:rsidRPr="00CB32C5" w:rsidRDefault="00000000">
      <w:pPr>
        <w:keepNext/>
        <w:spacing w:after="40"/>
        <w:rPr>
          <w:rFonts w:ascii="Aptos" w:hAnsi="Aptos"/>
          <w:lang w:val="de-DE"/>
        </w:rPr>
      </w:pPr>
      <w:r w:rsidRPr="00CB32C5">
        <w:rPr>
          <w:rFonts w:ascii="Aptos" w:hAnsi="Aptos"/>
          <w:b/>
          <w:lang w:val="de-DE"/>
        </w:rPr>
        <w:t xml:space="preserve">D2  </w:t>
      </w:r>
      <w:r w:rsidRPr="00CB32C5">
        <w:rPr>
          <w:rFonts w:ascii="Aptos" w:hAnsi="Aptos"/>
          <w:lang w:val="de-DE"/>
        </w:rPr>
        <w:t>Die vorhandenen Systeme unterstützen die Anforderungen unserer wesentlichen Geschäftsprozesse.</w:t>
      </w:r>
    </w:p>
    <w:p w14:paraId="24E8BD6C"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197336063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159038256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114141807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51877147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52528722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89596995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139566104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75D463B6" w14:textId="77777777" w:rsidR="00EF4724" w:rsidRPr="00CB32C5" w:rsidRDefault="00000000">
      <w:pPr>
        <w:keepNext/>
        <w:spacing w:after="40"/>
        <w:rPr>
          <w:rFonts w:ascii="Aptos" w:hAnsi="Aptos"/>
          <w:lang w:val="de-DE"/>
        </w:rPr>
      </w:pPr>
      <w:r w:rsidRPr="00CB32C5">
        <w:rPr>
          <w:rFonts w:ascii="Aptos" w:hAnsi="Aptos"/>
          <w:b/>
          <w:lang w:val="de-DE"/>
        </w:rPr>
        <w:t xml:space="preserve">D3  </w:t>
      </w:r>
      <w:r w:rsidRPr="00CB32C5">
        <w:rPr>
          <w:rFonts w:ascii="Aptos" w:hAnsi="Aptos"/>
          <w:lang w:val="de-DE"/>
        </w:rPr>
        <w:t>Geschäftskritische Systeme tauschen benötigte Daten über verlässlich betriebene Schnittstellen aus.</w:t>
      </w:r>
    </w:p>
    <w:p w14:paraId="32581A86"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52737708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176618372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77004210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159706394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25737459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114068990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207500874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20A9A7F4" w14:textId="77777777" w:rsidR="00EF4724" w:rsidRPr="00CB32C5" w:rsidRDefault="00000000">
      <w:pPr>
        <w:keepNext/>
        <w:spacing w:after="40"/>
        <w:rPr>
          <w:rFonts w:ascii="Aptos" w:hAnsi="Aptos"/>
          <w:lang w:val="de-DE"/>
        </w:rPr>
      </w:pPr>
      <w:r w:rsidRPr="00CB32C5">
        <w:rPr>
          <w:rFonts w:ascii="Aptos" w:hAnsi="Aptos"/>
          <w:b/>
          <w:lang w:val="de-DE"/>
        </w:rPr>
        <w:t xml:space="preserve">D4  </w:t>
      </w:r>
      <w:r w:rsidRPr="00CB32C5">
        <w:rPr>
          <w:rFonts w:ascii="Aptos" w:hAnsi="Aptos"/>
          <w:lang w:val="de-DE"/>
        </w:rPr>
        <w:t>Für den laufenden Betrieb und die Pflege unserer Anwendungen sind Zuständigkeiten eindeutig geregelt.</w:t>
      </w:r>
    </w:p>
    <w:p w14:paraId="531B6846"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23516700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92218063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150192847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69461217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32443055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34412824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152316201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4FACE899" w14:textId="77777777" w:rsidR="00EF4724" w:rsidRPr="00CB32C5" w:rsidRDefault="00000000">
      <w:pPr>
        <w:keepNext/>
        <w:spacing w:after="40"/>
        <w:rPr>
          <w:rFonts w:ascii="Aptos" w:hAnsi="Aptos"/>
          <w:lang w:val="de-DE"/>
        </w:rPr>
      </w:pPr>
      <w:r w:rsidRPr="00CB32C5">
        <w:rPr>
          <w:rFonts w:ascii="Aptos" w:hAnsi="Aptos"/>
          <w:b/>
          <w:lang w:val="de-DE"/>
        </w:rPr>
        <w:t xml:space="preserve">D5  </w:t>
      </w:r>
      <w:r w:rsidRPr="00CB32C5">
        <w:rPr>
          <w:rFonts w:ascii="Aptos" w:hAnsi="Aptos"/>
          <w:lang w:val="de-DE"/>
        </w:rPr>
        <w:t>Abhängigkeiten von veralteten Systemen oder einzelnen Anbietern werden in der IT-Planung berücksichtigt.</w:t>
      </w:r>
    </w:p>
    <w:p w14:paraId="45B8C14E"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115815375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149306564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13803988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159385683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29868603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83745409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113617267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573BE46D" w14:textId="77777777" w:rsidR="005B2886" w:rsidRPr="0081075F" w:rsidRDefault="005B2886" w:rsidP="005B2886">
      <w:pPr>
        <w:spacing w:after="40"/>
        <w:rPr>
          <w:rFonts w:ascii="Aptos" w:hAnsi="Aptos"/>
          <w:lang w:val="de-DE"/>
        </w:rPr>
      </w:pPr>
      <w:r w:rsidRPr="005B2886">
        <w:rPr>
          <w:rFonts w:ascii="Aptos" w:hAnsi="Aptos"/>
          <w:b/>
          <w:bCs/>
          <w:lang w:val="de-DE"/>
        </w:rPr>
        <w:t>Bedeutung:</w:t>
      </w:r>
      <w:r w:rsidRPr="0081075F">
        <w:rPr>
          <w:rFonts w:ascii="Aptos" w:hAnsi="Aptos"/>
          <w:lang w:val="de-DE"/>
        </w:rPr>
        <w:t xml:space="preserve"> ☐ 1 gering  ☐ 2 mittel  ☐ 3 hoch     Beleg oder Begründung für N mit Fragenummer:</w:t>
      </w:r>
      <w:r>
        <w:rPr>
          <w:rFonts w:ascii="Aptos" w:hAnsi="Aptos"/>
          <w:lang w:val="de-DE"/>
        </w:rPr>
        <w:t xml:space="preserve"> ___________</w:t>
      </w:r>
    </w:p>
    <w:p w14:paraId="2FB70DC7" w14:textId="77777777" w:rsidR="005B2886" w:rsidRPr="0081075F" w:rsidRDefault="005B2886" w:rsidP="005B2886">
      <w:pPr>
        <w:spacing w:after="100"/>
        <w:rPr>
          <w:rFonts w:ascii="Aptos" w:hAnsi="Aptos"/>
          <w:lang w:val="de-DE"/>
        </w:rPr>
      </w:pPr>
      <w:r w:rsidRPr="0081075F">
        <w:rPr>
          <w:rFonts w:ascii="Aptos" w:hAnsi="Aptos"/>
          <w:lang w:val="de-DE"/>
        </w:rPr>
        <w:t>________________________________________________________________________________</w:t>
      </w:r>
      <w:r>
        <w:rPr>
          <w:rFonts w:ascii="Aptos" w:hAnsi="Aptos"/>
          <w:lang w:val="de-DE"/>
        </w:rPr>
        <w:t>___________________</w:t>
      </w:r>
    </w:p>
    <w:p w14:paraId="63CA891D" w14:textId="77777777" w:rsidR="00EF4724" w:rsidRPr="00CB32C5" w:rsidRDefault="00000000">
      <w:pPr>
        <w:pageBreakBefore/>
        <w:spacing w:after="20"/>
        <w:rPr>
          <w:rFonts w:ascii="Aptos" w:hAnsi="Aptos"/>
          <w:lang w:val="de-DE"/>
        </w:rPr>
      </w:pPr>
      <w:r w:rsidRPr="00CB32C5">
        <w:rPr>
          <w:rFonts w:ascii="Aptos" w:hAnsi="Aptos"/>
          <w:sz w:val="18"/>
          <w:lang w:val="de-DE"/>
        </w:rPr>
        <w:lastRenderedPageBreak/>
        <w:t>Bewertung: 0 nicht · 1 ansatzweise · 2 teilweise · 3 weitgehend · 4 vollständig belegt</w:t>
      </w:r>
    </w:p>
    <w:p w14:paraId="6BFB089B" w14:textId="77777777" w:rsidR="00EF4724" w:rsidRPr="00CB32C5" w:rsidRDefault="00000000">
      <w:pPr>
        <w:rPr>
          <w:rFonts w:ascii="Aptos" w:hAnsi="Aptos"/>
          <w:lang w:val="de-DE"/>
        </w:rPr>
      </w:pPr>
      <w:r w:rsidRPr="00CB32C5">
        <w:rPr>
          <w:rFonts w:ascii="Aptos" w:hAnsi="Aptos"/>
          <w:sz w:val="18"/>
          <w:lang w:val="de-DE"/>
        </w:rPr>
        <w:t>W = weiß ich nicht     N = nicht anwendbar mit Begründung</w:t>
      </w:r>
    </w:p>
    <w:p w14:paraId="188611CE" w14:textId="77777777" w:rsidR="00EF4724" w:rsidRPr="00DB5CD5" w:rsidRDefault="00000000">
      <w:pPr>
        <w:pStyle w:val="berschrift2"/>
        <w:rPr>
          <w:rFonts w:ascii="Aptos" w:hAnsi="Aptos"/>
          <w:color w:val="00A19C"/>
          <w:sz w:val="22"/>
          <w:szCs w:val="22"/>
        </w:rPr>
      </w:pPr>
      <w:r w:rsidRPr="00DB5CD5">
        <w:rPr>
          <w:rFonts w:ascii="Aptos" w:hAnsi="Aptos"/>
          <w:color w:val="00A19C"/>
          <w:sz w:val="22"/>
          <w:szCs w:val="22"/>
        </w:rPr>
        <w:t>E  Daten und künstliche Intelligenz</w:t>
      </w:r>
    </w:p>
    <w:p w14:paraId="6A65CA19" w14:textId="77777777" w:rsidR="00EF4724" w:rsidRPr="00CB32C5" w:rsidRDefault="00000000">
      <w:pPr>
        <w:keepNext/>
        <w:spacing w:after="40"/>
        <w:rPr>
          <w:rFonts w:ascii="Aptos" w:hAnsi="Aptos"/>
          <w:lang w:val="de-DE"/>
        </w:rPr>
      </w:pPr>
      <w:r w:rsidRPr="00CB32C5">
        <w:rPr>
          <w:rFonts w:ascii="Aptos" w:hAnsi="Aptos"/>
          <w:b/>
          <w:lang w:val="de-DE"/>
        </w:rPr>
        <w:t xml:space="preserve">E1  </w:t>
      </w:r>
      <w:r w:rsidRPr="00CB32C5">
        <w:rPr>
          <w:rFonts w:ascii="Aptos" w:hAnsi="Aptos"/>
          <w:lang w:val="de-DE"/>
        </w:rPr>
        <w:t>Für wichtige Geschäftsentscheidungen stehen die benötigten Daten rechtzeitig zur Verfügung.</w:t>
      </w:r>
    </w:p>
    <w:p w14:paraId="1CF7B516"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121264683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97113214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1330970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3023703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16168466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83545013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188632672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524162F1" w14:textId="77777777" w:rsidR="00EF4724" w:rsidRPr="00CB32C5" w:rsidRDefault="00000000">
      <w:pPr>
        <w:keepNext/>
        <w:spacing w:after="40"/>
        <w:rPr>
          <w:rFonts w:ascii="Aptos" w:hAnsi="Aptos"/>
          <w:lang w:val="de-DE"/>
        </w:rPr>
      </w:pPr>
      <w:r w:rsidRPr="00CB32C5">
        <w:rPr>
          <w:rFonts w:ascii="Aptos" w:hAnsi="Aptos"/>
          <w:b/>
          <w:lang w:val="de-DE"/>
        </w:rPr>
        <w:t xml:space="preserve">E2  </w:t>
      </w:r>
      <w:r w:rsidRPr="00CB32C5">
        <w:rPr>
          <w:rFonts w:ascii="Aptos" w:hAnsi="Aptos"/>
          <w:lang w:val="de-DE"/>
        </w:rPr>
        <w:t>Für die Qualität wesentlicher Geschäfts- und Stammdaten sind verantwortliche Personen benannt.</w:t>
      </w:r>
    </w:p>
    <w:p w14:paraId="4992F048"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87523518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56757850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158953801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130091494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22650914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179412530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166905818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39D7D425" w14:textId="77777777" w:rsidR="00EF4724" w:rsidRPr="00CB32C5" w:rsidRDefault="00000000">
      <w:pPr>
        <w:keepNext/>
        <w:spacing w:after="40"/>
        <w:rPr>
          <w:rFonts w:ascii="Aptos" w:hAnsi="Aptos"/>
          <w:lang w:val="de-DE"/>
        </w:rPr>
      </w:pPr>
      <w:r w:rsidRPr="00CB32C5">
        <w:rPr>
          <w:rFonts w:ascii="Aptos" w:hAnsi="Aptos"/>
          <w:b/>
          <w:lang w:val="de-DE"/>
        </w:rPr>
        <w:t xml:space="preserve">E3  </w:t>
      </w:r>
      <w:r w:rsidRPr="00CB32C5">
        <w:rPr>
          <w:rFonts w:ascii="Aptos" w:hAnsi="Aptos"/>
          <w:lang w:val="de-DE"/>
        </w:rPr>
        <w:t>Wichtige Kennzahlen werden bereichsübergreifend nach einheitlichen Definitionen ermittelt.</w:t>
      </w:r>
    </w:p>
    <w:p w14:paraId="744D5A94"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124476122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180265147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155515429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145832786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34984826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32039014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62473572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1B6FCD4D" w14:textId="77777777" w:rsidR="00EF4724" w:rsidRPr="00CB32C5" w:rsidRDefault="00000000">
      <w:pPr>
        <w:keepNext/>
        <w:spacing w:after="40"/>
        <w:rPr>
          <w:rFonts w:ascii="Aptos" w:hAnsi="Aptos"/>
          <w:lang w:val="de-DE"/>
        </w:rPr>
      </w:pPr>
      <w:r w:rsidRPr="00CB32C5">
        <w:rPr>
          <w:rFonts w:ascii="Aptos" w:hAnsi="Aptos"/>
          <w:b/>
          <w:lang w:val="de-DE"/>
        </w:rPr>
        <w:t xml:space="preserve">E4  </w:t>
      </w:r>
      <w:r w:rsidRPr="00CB32C5">
        <w:rPr>
          <w:rFonts w:ascii="Aptos" w:hAnsi="Aptos"/>
          <w:lang w:val="de-DE"/>
        </w:rPr>
        <w:t>Mögliche KI-Anwendungen werden vor einer Freigabe anhand von Geschäftsnutzen, Datenbedarf und Risiken bewertet.</w:t>
      </w:r>
    </w:p>
    <w:p w14:paraId="0F9798DD"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138933064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12608604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87609002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103904884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52020465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203649616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179301890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1884D8A0" w14:textId="77777777" w:rsidR="00EF4724" w:rsidRPr="00CB32C5" w:rsidRDefault="00000000">
      <w:pPr>
        <w:keepNext/>
        <w:spacing w:after="40"/>
        <w:rPr>
          <w:rFonts w:ascii="Aptos" w:hAnsi="Aptos"/>
          <w:lang w:val="de-DE"/>
        </w:rPr>
      </w:pPr>
      <w:r w:rsidRPr="00CB32C5">
        <w:rPr>
          <w:rFonts w:ascii="Aptos" w:hAnsi="Aptos"/>
          <w:b/>
          <w:lang w:val="de-DE"/>
        </w:rPr>
        <w:t xml:space="preserve">E5  </w:t>
      </w:r>
      <w:r w:rsidRPr="00CB32C5">
        <w:rPr>
          <w:rFonts w:ascii="Aptos" w:hAnsi="Aptos"/>
          <w:lang w:val="de-DE"/>
        </w:rPr>
        <w:t>Es ist verbindlich geregelt, welche KI-Werkzeuge für welche Aufgaben und Daten genutzt werden dürfen.</w:t>
      </w:r>
    </w:p>
    <w:p w14:paraId="32A8ED7C" w14:textId="509D82FE"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1952466649"/>
          <w14:checkbox>
            <w14:checked w14:val="0"/>
            <w14:checkedState w14:val="2612" w14:font="MS Gothic"/>
            <w14:uncheckedState w14:val="2610" w14:font="MS Gothic"/>
          </w14:checkbox>
        </w:sdtPr>
        <w:sdtContent>
          <w:r w:rsidR="00CB32C5">
            <w:rPr>
              <w:rFonts w:ascii="MS Gothic" w:eastAsia="MS Gothic" w:hAnsi="MS Gothic" w:hint="eastAsia"/>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196915179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184553866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11143736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68533332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128400520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211224126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1C985F84" w14:textId="77777777" w:rsidR="005B2886" w:rsidRPr="0081075F" w:rsidRDefault="005B2886" w:rsidP="005B2886">
      <w:pPr>
        <w:spacing w:after="40"/>
        <w:rPr>
          <w:rFonts w:ascii="Aptos" w:hAnsi="Aptos"/>
          <w:lang w:val="de-DE"/>
        </w:rPr>
      </w:pPr>
      <w:r w:rsidRPr="005B2886">
        <w:rPr>
          <w:rFonts w:ascii="Aptos" w:hAnsi="Aptos"/>
          <w:b/>
          <w:bCs/>
          <w:lang w:val="de-DE"/>
        </w:rPr>
        <w:t>Bedeutung:</w:t>
      </w:r>
      <w:r w:rsidRPr="0081075F">
        <w:rPr>
          <w:rFonts w:ascii="Aptos" w:hAnsi="Aptos"/>
          <w:lang w:val="de-DE"/>
        </w:rPr>
        <w:t xml:space="preserve"> ☐ 1 gering  ☐ 2 mittel  ☐ 3 hoch     Beleg oder Begründung für N mit Fragenummer:</w:t>
      </w:r>
      <w:r>
        <w:rPr>
          <w:rFonts w:ascii="Aptos" w:hAnsi="Aptos"/>
          <w:lang w:val="de-DE"/>
        </w:rPr>
        <w:t xml:space="preserve"> ___________</w:t>
      </w:r>
    </w:p>
    <w:p w14:paraId="1C9504BA" w14:textId="77777777" w:rsidR="005B2886" w:rsidRPr="0081075F" w:rsidRDefault="005B2886" w:rsidP="005B2886">
      <w:pPr>
        <w:spacing w:after="100"/>
        <w:rPr>
          <w:rFonts w:ascii="Aptos" w:hAnsi="Aptos"/>
          <w:lang w:val="de-DE"/>
        </w:rPr>
      </w:pPr>
      <w:r w:rsidRPr="0081075F">
        <w:rPr>
          <w:rFonts w:ascii="Aptos" w:hAnsi="Aptos"/>
          <w:lang w:val="de-DE"/>
        </w:rPr>
        <w:t>________________________________________________________________________________</w:t>
      </w:r>
      <w:r>
        <w:rPr>
          <w:rFonts w:ascii="Aptos" w:hAnsi="Aptos"/>
          <w:lang w:val="de-DE"/>
        </w:rPr>
        <w:t>___________________</w:t>
      </w:r>
    </w:p>
    <w:p w14:paraId="618F07B3" w14:textId="77777777" w:rsidR="00EF4724" w:rsidRPr="00DB5CD5" w:rsidRDefault="00000000">
      <w:pPr>
        <w:pStyle w:val="berschrift2"/>
        <w:rPr>
          <w:rFonts w:ascii="Aptos" w:hAnsi="Aptos"/>
          <w:color w:val="00A19C"/>
          <w:sz w:val="22"/>
          <w:szCs w:val="22"/>
        </w:rPr>
      </w:pPr>
      <w:r w:rsidRPr="00DB5CD5">
        <w:rPr>
          <w:rFonts w:ascii="Aptos" w:hAnsi="Aptos"/>
          <w:color w:val="00A19C"/>
          <w:sz w:val="22"/>
          <w:szCs w:val="22"/>
        </w:rPr>
        <w:t xml:space="preserve">F  Sicherheit und </w:t>
      </w:r>
      <w:proofErr w:type="spellStart"/>
      <w:r w:rsidRPr="00DB5CD5">
        <w:rPr>
          <w:rFonts w:ascii="Aptos" w:hAnsi="Aptos"/>
          <w:color w:val="00A19C"/>
          <w:sz w:val="22"/>
          <w:szCs w:val="22"/>
        </w:rPr>
        <w:t>Betriebsfähigkeit</w:t>
      </w:r>
      <w:proofErr w:type="spellEnd"/>
    </w:p>
    <w:p w14:paraId="4727462D" w14:textId="77777777" w:rsidR="00EF4724" w:rsidRPr="00CB32C5" w:rsidRDefault="00000000">
      <w:pPr>
        <w:keepNext/>
        <w:spacing w:after="40"/>
        <w:rPr>
          <w:rFonts w:ascii="Aptos" w:hAnsi="Aptos"/>
          <w:lang w:val="de-DE"/>
        </w:rPr>
      </w:pPr>
      <w:r w:rsidRPr="00CB32C5">
        <w:rPr>
          <w:rFonts w:ascii="Aptos" w:hAnsi="Aptos"/>
          <w:b/>
          <w:lang w:val="de-DE"/>
        </w:rPr>
        <w:t xml:space="preserve">F1  </w:t>
      </w:r>
      <w:r w:rsidRPr="00CB32C5">
        <w:rPr>
          <w:rFonts w:ascii="Aptos" w:hAnsi="Aptos"/>
          <w:lang w:val="de-DE"/>
        </w:rPr>
        <w:t>Zugriffsrechte auf Systeme und Daten werden regelmäßig auf ihre Erforderlichkeit überprüft.</w:t>
      </w:r>
    </w:p>
    <w:p w14:paraId="51FD11E9"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72711431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2279107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28620276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15597574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19588098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8638774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50455418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7309514B" w14:textId="77777777" w:rsidR="00EF4724" w:rsidRPr="00CB32C5" w:rsidRDefault="00000000">
      <w:pPr>
        <w:keepNext/>
        <w:spacing w:after="40"/>
        <w:rPr>
          <w:rFonts w:ascii="Aptos" w:hAnsi="Aptos"/>
          <w:lang w:val="de-DE"/>
        </w:rPr>
      </w:pPr>
      <w:r w:rsidRPr="00CB32C5">
        <w:rPr>
          <w:rFonts w:ascii="Aptos" w:hAnsi="Aptos"/>
          <w:b/>
          <w:lang w:val="de-DE"/>
        </w:rPr>
        <w:t xml:space="preserve">F2  </w:t>
      </w:r>
      <w:r w:rsidRPr="00CB32C5">
        <w:rPr>
          <w:rFonts w:ascii="Aptos" w:hAnsi="Aptos"/>
          <w:lang w:val="de-DE"/>
        </w:rPr>
        <w:t>Technische Schutzmaßnahmen werden regelmäßig geprüft, etwa Sicherheitsupdates und Mehrfaktoranmeldung.</w:t>
      </w:r>
    </w:p>
    <w:p w14:paraId="1C820E15"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38102947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163570532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16070373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187588021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75836821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109829331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117055720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2B93EC7F" w14:textId="77777777" w:rsidR="00EF4724" w:rsidRPr="00CB32C5" w:rsidRDefault="00000000">
      <w:pPr>
        <w:keepNext/>
        <w:spacing w:after="40"/>
        <w:rPr>
          <w:rFonts w:ascii="Aptos" w:hAnsi="Aptos"/>
          <w:lang w:val="de-DE"/>
        </w:rPr>
      </w:pPr>
      <w:r w:rsidRPr="00CB32C5">
        <w:rPr>
          <w:rFonts w:ascii="Aptos" w:hAnsi="Aptos"/>
          <w:b/>
          <w:lang w:val="de-DE"/>
        </w:rPr>
        <w:t xml:space="preserve">F3  </w:t>
      </w:r>
      <w:r w:rsidRPr="00CB32C5">
        <w:rPr>
          <w:rFonts w:ascii="Aptos" w:hAnsi="Aptos"/>
          <w:lang w:val="de-DE"/>
        </w:rPr>
        <w:t>Die Wiederherstellung geschäftskritischer Daten und Systeme aus Sicherungen wird praktisch getestet.</w:t>
      </w:r>
    </w:p>
    <w:p w14:paraId="7D068D5B"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200033645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159415840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192514077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87346006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2338799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46084344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143343246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2D23A452" w14:textId="77777777" w:rsidR="00EF4724" w:rsidRPr="00CB32C5" w:rsidRDefault="00000000">
      <w:pPr>
        <w:keepNext/>
        <w:spacing w:after="40"/>
        <w:rPr>
          <w:rFonts w:ascii="Aptos" w:hAnsi="Aptos"/>
          <w:lang w:val="de-DE"/>
        </w:rPr>
      </w:pPr>
      <w:r w:rsidRPr="00CB32C5">
        <w:rPr>
          <w:rFonts w:ascii="Aptos" w:hAnsi="Aptos"/>
          <w:b/>
          <w:lang w:val="de-DE"/>
        </w:rPr>
        <w:t xml:space="preserve">F4  </w:t>
      </w:r>
      <w:r w:rsidRPr="00CB32C5">
        <w:rPr>
          <w:rFonts w:ascii="Aptos" w:hAnsi="Aptos"/>
          <w:lang w:val="de-DE"/>
        </w:rPr>
        <w:t>Für IT-Ausfälle und Sicherheitsvorfälle bestehen erprobte Abläufe mit klaren Zuständigkeiten.</w:t>
      </w:r>
    </w:p>
    <w:p w14:paraId="79E2AE8C"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1977697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36140590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18876534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25432620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44746118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207476961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112472876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46F681CC" w14:textId="77777777" w:rsidR="00EF4724" w:rsidRPr="00CB32C5" w:rsidRDefault="00000000">
      <w:pPr>
        <w:keepNext/>
        <w:spacing w:after="40"/>
        <w:rPr>
          <w:rFonts w:ascii="Aptos" w:hAnsi="Aptos"/>
          <w:lang w:val="de-DE"/>
        </w:rPr>
      </w:pPr>
      <w:r w:rsidRPr="00CB32C5">
        <w:rPr>
          <w:rFonts w:ascii="Aptos" w:hAnsi="Aptos"/>
          <w:b/>
          <w:lang w:val="de-DE"/>
        </w:rPr>
        <w:t xml:space="preserve">F5  </w:t>
      </w:r>
      <w:r w:rsidRPr="00CB32C5">
        <w:rPr>
          <w:rFonts w:ascii="Aptos" w:hAnsi="Aptos"/>
          <w:lang w:val="de-DE"/>
        </w:rPr>
        <w:t>Bei digitalen Vorhaben wird der Umgang mit personenbezogenen und vertraulichen Daten vor dem Start geklärt.</w:t>
      </w:r>
    </w:p>
    <w:p w14:paraId="031F6C4F"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27883792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5906859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214461644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156548837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206205151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17746938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60281110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1BE308C6" w14:textId="77777777" w:rsidR="005B2886" w:rsidRPr="0081075F" w:rsidRDefault="005B2886" w:rsidP="005B2886">
      <w:pPr>
        <w:spacing w:after="40"/>
        <w:rPr>
          <w:rFonts w:ascii="Aptos" w:hAnsi="Aptos"/>
          <w:lang w:val="de-DE"/>
        </w:rPr>
      </w:pPr>
      <w:r w:rsidRPr="005B2886">
        <w:rPr>
          <w:rFonts w:ascii="Aptos" w:hAnsi="Aptos"/>
          <w:b/>
          <w:bCs/>
          <w:lang w:val="de-DE"/>
        </w:rPr>
        <w:t>Bedeutung:</w:t>
      </w:r>
      <w:r w:rsidRPr="0081075F">
        <w:rPr>
          <w:rFonts w:ascii="Aptos" w:hAnsi="Aptos"/>
          <w:lang w:val="de-DE"/>
        </w:rPr>
        <w:t xml:space="preserve"> ☐ 1 gering  ☐ 2 mittel  ☐ 3 hoch     Beleg oder Begründung für N mit Fragenummer:</w:t>
      </w:r>
      <w:r>
        <w:rPr>
          <w:rFonts w:ascii="Aptos" w:hAnsi="Aptos"/>
          <w:lang w:val="de-DE"/>
        </w:rPr>
        <w:t xml:space="preserve"> ___________</w:t>
      </w:r>
    </w:p>
    <w:p w14:paraId="6FD4460E" w14:textId="77777777" w:rsidR="005B2886" w:rsidRPr="0081075F" w:rsidRDefault="005B2886" w:rsidP="005B2886">
      <w:pPr>
        <w:spacing w:after="100"/>
        <w:rPr>
          <w:rFonts w:ascii="Aptos" w:hAnsi="Aptos"/>
          <w:lang w:val="de-DE"/>
        </w:rPr>
      </w:pPr>
      <w:r w:rsidRPr="0081075F">
        <w:rPr>
          <w:rFonts w:ascii="Aptos" w:hAnsi="Aptos"/>
          <w:lang w:val="de-DE"/>
        </w:rPr>
        <w:t>________________________________________________________________________________</w:t>
      </w:r>
      <w:r>
        <w:rPr>
          <w:rFonts w:ascii="Aptos" w:hAnsi="Aptos"/>
          <w:lang w:val="de-DE"/>
        </w:rPr>
        <w:t>___________________</w:t>
      </w:r>
    </w:p>
    <w:p w14:paraId="7963B200" w14:textId="77777777" w:rsidR="00EF4724" w:rsidRPr="00CB32C5" w:rsidRDefault="00000000">
      <w:pPr>
        <w:pageBreakBefore/>
        <w:spacing w:after="20"/>
        <w:rPr>
          <w:rFonts w:ascii="Aptos" w:hAnsi="Aptos"/>
          <w:lang w:val="de-DE"/>
        </w:rPr>
      </w:pPr>
      <w:r w:rsidRPr="00CB32C5">
        <w:rPr>
          <w:rFonts w:ascii="Aptos" w:hAnsi="Aptos"/>
          <w:sz w:val="18"/>
          <w:lang w:val="de-DE"/>
        </w:rPr>
        <w:lastRenderedPageBreak/>
        <w:t>Bewertung: 0 nicht · 1 ansatzweise · 2 teilweise · 3 weitgehend · 4 vollständig belegt</w:t>
      </w:r>
    </w:p>
    <w:p w14:paraId="00B0B200" w14:textId="77777777" w:rsidR="00EF4724" w:rsidRPr="00CB32C5" w:rsidRDefault="00000000">
      <w:pPr>
        <w:rPr>
          <w:rFonts w:ascii="Aptos" w:hAnsi="Aptos"/>
          <w:lang w:val="de-DE"/>
        </w:rPr>
      </w:pPr>
      <w:r w:rsidRPr="00CB32C5">
        <w:rPr>
          <w:rFonts w:ascii="Aptos" w:hAnsi="Aptos"/>
          <w:sz w:val="18"/>
          <w:lang w:val="de-DE"/>
        </w:rPr>
        <w:t>W = weiß ich nicht     N = nicht anwendbar mit Begründung</w:t>
      </w:r>
    </w:p>
    <w:p w14:paraId="15A95131" w14:textId="77777777" w:rsidR="00EF4724" w:rsidRPr="00DB5CD5" w:rsidRDefault="00000000">
      <w:pPr>
        <w:pStyle w:val="berschrift2"/>
        <w:rPr>
          <w:rFonts w:ascii="Aptos" w:hAnsi="Aptos"/>
          <w:color w:val="00A19C"/>
          <w:sz w:val="22"/>
          <w:szCs w:val="22"/>
        </w:rPr>
      </w:pPr>
      <w:r w:rsidRPr="00DB5CD5">
        <w:rPr>
          <w:rFonts w:ascii="Aptos" w:hAnsi="Aptos"/>
          <w:color w:val="00A19C"/>
          <w:sz w:val="22"/>
          <w:szCs w:val="22"/>
        </w:rPr>
        <w:t>G  Kompetenzen und Arbeitsfähigkeit</w:t>
      </w:r>
    </w:p>
    <w:p w14:paraId="1B9C7835" w14:textId="77777777" w:rsidR="00EF4724" w:rsidRPr="00CB32C5" w:rsidRDefault="00000000">
      <w:pPr>
        <w:keepNext/>
        <w:spacing w:after="40"/>
        <w:rPr>
          <w:rFonts w:ascii="Aptos" w:hAnsi="Aptos"/>
          <w:lang w:val="de-DE"/>
        </w:rPr>
      </w:pPr>
      <w:r w:rsidRPr="00CB32C5">
        <w:rPr>
          <w:rFonts w:ascii="Aptos" w:hAnsi="Aptos"/>
          <w:b/>
          <w:lang w:val="de-DE"/>
        </w:rPr>
        <w:t xml:space="preserve">G1  </w:t>
      </w:r>
      <w:r w:rsidRPr="00CB32C5">
        <w:rPr>
          <w:rFonts w:ascii="Aptos" w:hAnsi="Aptos"/>
          <w:lang w:val="de-DE"/>
        </w:rPr>
        <w:t>Wir kennen die digitalen Fähigkeiten, die Mitarbeitende für ihre jeweiligen Aufgaben benötigen.</w:t>
      </w:r>
    </w:p>
    <w:p w14:paraId="31A49E7E"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82073041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19141907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147979613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47087215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211700860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48204527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66813714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3BE739E1" w14:textId="77777777" w:rsidR="00EF4724" w:rsidRPr="00CB32C5" w:rsidRDefault="00000000">
      <w:pPr>
        <w:keepNext/>
        <w:spacing w:after="40"/>
        <w:rPr>
          <w:rFonts w:ascii="Aptos" w:hAnsi="Aptos"/>
          <w:lang w:val="de-DE"/>
        </w:rPr>
      </w:pPr>
      <w:r w:rsidRPr="00CB32C5">
        <w:rPr>
          <w:rFonts w:ascii="Aptos" w:hAnsi="Aptos"/>
          <w:b/>
          <w:lang w:val="de-DE"/>
        </w:rPr>
        <w:t xml:space="preserve">G2  </w:t>
      </w:r>
      <w:r w:rsidRPr="00CB32C5">
        <w:rPr>
          <w:rFonts w:ascii="Aptos" w:hAnsi="Aptos"/>
          <w:lang w:val="de-DE"/>
        </w:rPr>
        <w:t>Mitarbeitende erhalten Lernangebote, die zu ihren Aufgaben und ihrem Kenntnisstand passen.</w:t>
      </w:r>
    </w:p>
    <w:p w14:paraId="1BC1064B"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65018956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125050336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197795226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88047905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82457106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94180210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198854248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2776E17C" w14:textId="77777777" w:rsidR="00EF4724" w:rsidRPr="00CB32C5" w:rsidRDefault="00000000">
      <w:pPr>
        <w:keepNext/>
        <w:spacing w:after="40"/>
        <w:rPr>
          <w:rFonts w:ascii="Aptos" w:hAnsi="Aptos"/>
          <w:lang w:val="de-DE"/>
        </w:rPr>
      </w:pPr>
      <w:r w:rsidRPr="00CB32C5">
        <w:rPr>
          <w:rFonts w:ascii="Aptos" w:hAnsi="Aptos"/>
          <w:b/>
          <w:lang w:val="de-DE"/>
        </w:rPr>
        <w:t xml:space="preserve">G3  </w:t>
      </w:r>
      <w:r w:rsidRPr="00CB32C5">
        <w:rPr>
          <w:rFonts w:ascii="Aptos" w:hAnsi="Aptos"/>
          <w:lang w:val="de-DE"/>
        </w:rPr>
        <w:t>Für das Erlernen und Erproben neuer Arbeitsweisen ist im Arbeitsalltag Zeit eingeplant.</w:t>
      </w:r>
    </w:p>
    <w:p w14:paraId="3D9C9EF8"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137222067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77498914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161371065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79082000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09678585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140672003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178711919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3D4DAD10" w14:textId="77777777" w:rsidR="00EF4724" w:rsidRPr="00CB32C5" w:rsidRDefault="00000000">
      <w:pPr>
        <w:keepNext/>
        <w:spacing w:after="40"/>
        <w:rPr>
          <w:rFonts w:ascii="Aptos" w:hAnsi="Aptos"/>
          <w:lang w:val="de-DE"/>
        </w:rPr>
      </w:pPr>
      <w:r w:rsidRPr="00CB32C5">
        <w:rPr>
          <w:rFonts w:ascii="Aptos" w:hAnsi="Aptos"/>
          <w:b/>
          <w:lang w:val="de-DE"/>
        </w:rPr>
        <w:t xml:space="preserve">G4  </w:t>
      </w:r>
      <w:r w:rsidRPr="00CB32C5">
        <w:rPr>
          <w:rFonts w:ascii="Aptos" w:hAnsi="Aptos"/>
          <w:lang w:val="de-DE"/>
        </w:rPr>
        <w:t>Bei Schwierigkeiten mit digitalen Werkzeugen erhalten Mitarbeitende zeitnah geeignete Unterstützung.</w:t>
      </w:r>
    </w:p>
    <w:p w14:paraId="71220938"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203152179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44289690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93473882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161185123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20556439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27625983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68101308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3FF37986" w14:textId="77777777" w:rsidR="00EF4724" w:rsidRPr="00CB32C5" w:rsidRDefault="00000000">
      <w:pPr>
        <w:keepNext/>
        <w:spacing w:after="40"/>
        <w:rPr>
          <w:rFonts w:ascii="Aptos" w:hAnsi="Aptos"/>
          <w:lang w:val="de-DE"/>
        </w:rPr>
      </w:pPr>
      <w:r w:rsidRPr="00CB32C5">
        <w:rPr>
          <w:rFonts w:ascii="Aptos" w:hAnsi="Aptos"/>
          <w:b/>
          <w:lang w:val="de-DE"/>
        </w:rPr>
        <w:t xml:space="preserve">G5  </w:t>
      </w:r>
      <w:r w:rsidRPr="00CB32C5">
        <w:rPr>
          <w:rFonts w:ascii="Aptos" w:hAnsi="Aptos"/>
          <w:lang w:val="de-DE"/>
        </w:rPr>
        <w:t>Wesentliches Wissen ist so dokumentiert und geteilt, dass die Arbeit bei Personalausfällen weitergehen kann.</w:t>
      </w:r>
    </w:p>
    <w:p w14:paraId="6F030249"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208767755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88167704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67446490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57933487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56983531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137122825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40719421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3D9074C8" w14:textId="77777777" w:rsidR="005B2886" w:rsidRPr="0081075F" w:rsidRDefault="005B2886" w:rsidP="005B2886">
      <w:pPr>
        <w:spacing w:after="40"/>
        <w:rPr>
          <w:rFonts w:ascii="Aptos" w:hAnsi="Aptos"/>
          <w:lang w:val="de-DE"/>
        </w:rPr>
      </w:pPr>
      <w:r w:rsidRPr="005B2886">
        <w:rPr>
          <w:rFonts w:ascii="Aptos" w:hAnsi="Aptos"/>
          <w:b/>
          <w:bCs/>
          <w:lang w:val="de-DE"/>
        </w:rPr>
        <w:t>Bedeutung:</w:t>
      </w:r>
      <w:r w:rsidRPr="0081075F">
        <w:rPr>
          <w:rFonts w:ascii="Aptos" w:hAnsi="Aptos"/>
          <w:lang w:val="de-DE"/>
        </w:rPr>
        <w:t xml:space="preserve"> ☐ 1 gering  ☐ 2 mittel  ☐ 3 hoch     Beleg oder Begründung für N mit Fragenummer:</w:t>
      </w:r>
      <w:r>
        <w:rPr>
          <w:rFonts w:ascii="Aptos" w:hAnsi="Aptos"/>
          <w:lang w:val="de-DE"/>
        </w:rPr>
        <w:t xml:space="preserve"> ___________</w:t>
      </w:r>
    </w:p>
    <w:p w14:paraId="69DCF37F" w14:textId="77777777" w:rsidR="005B2886" w:rsidRPr="0081075F" w:rsidRDefault="005B2886" w:rsidP="005B2886">
      <w:pPr>
        <w:spacing w:after="100"/>
        <w:rPr>
          <w:rFonts w:ascii="Aptos" w:hAnsi="Aptos"/>
          <w:lang w:val="de-DE"/>
        </w:rPr>
      </w:pPr>
      <w:r w:rsidRPr="0081075F">
        <w:rPr>
          <w:rFonts w:ascii="Aptos" w:hAnsi="Aptos"/>
          <w:lang w:val="de-DE"/>
        </w:rPr>
        <w:t>________________________________________________________________________________</w:t>
      </w:r>
      <w:r>
        <w:rPr>
          <w:rFonts w:ascii="Aptos" w:hAnsi="Aptos"/>
          <w:lang w:val="de-DE"/>
        </w:rPr>
        <w:t>___________________</w:t>
      </w:r>
    </w:p>
    <w:p w14:paraId="2D86BD20" w14:textId="77777777" w:rsidR="00EF4724" w:rsidRPr="00DB5CD5" w:rsidRDefault="00000000">
      <w:pPr>
        <w:pStyle w:val="berschrift2"/>
        <w:rPr>
          <w:rFonts w:ascii="Aptos" w:hAnsi="Aptos"/>
          <w:color w:val="00A19C"/>
          <w:sz w:val="22"/>
          <w:szCs w:val="22"/>
        </w:rPr>
      </w:pPr>
      <w:r w:rsidRPr="00DB5CD5">
        <w:rPr>
          <w:rFonts w:ascii="Aptos" w:hAnsi="Aptos"/>
          <w:color w:val="00A19C"/>
          <w:sz w:val="22"/>
          <w:szCs w:val="22"/>
        </w:rPr>
        <w:t xml:space="preserve">H  </w:t>
      </w:r>
      <w:proofErr w:type="spellStart"/>
      <w:r w:rsidRPr="00DB5CD5">
        <w:rPr>
          <w:rFonts w:ascii="Aptos" w:hAnsi="Aptos"/>
          <w:color w:val="00A19C"/>
          <w:sz w:val="22"/>
          <w:szCs w:val="22"/>
        </w:rPr>
        <w:t>Veränderungsbereitschaft</w:t>
      </w:r>
      <w:proofErr w:type="spellEnd"/>
      <w:r w:rsidRPr="00DB5CD5">
        <w:rPr>
          <w:rFonts w:ascii="Aptos" w:hAnsi="Aptos"/>
          <w:color w:val="00A19C"/>
          <w:sz w:val="22"/>
          <w:szCs w:val="22"/>
        </w:rPr>
        <w:t xml:space="preserve"> und </w:t>
      </w:r>
      <w:proofErr w:type="spellStart"/>
      <w:r w:rsidRPr="00DB5CD5">
        <w:rPr>
          <w:rFonts w:ascii="Aptos" w:hAnsi="Aptos"/>
          <w:color w:val="00A19C"/>
          <w:sz w:val="22"/>
          <w:szCs w:val="22"/>
        </w:rPr>
        <w:t>Beteiligung</w:t>
      </w:r>
      <w:proofErr w:type="spellEnd"/>
    </w:p>
    <w:p w14:paraId="25123F7B" w14:textId="77777777" w:rsidR="00EF4724" w:rsidRPr="00CB32C5" w:rsidRDefault="00000000">
      <w:pPr>
        <w:keepNext/>
        <w:spacing w:after="40"/>
        <w:rPr>
          <w:rFonts w:ascii="Aptos" w:hAnsi="Aptos"/>
          <w:lang w:val="de-DE"/>
        </w:rPr>
      </w:pPr>
      <w:r w:rsidRPr="00CB32C5">
        <w:rPr>
          <w:rFonts w:ascii="Aptos" w:hAnsi="Aptos"/>
          <w:b/>
          <w:lang w:val="de-DE"/>
        </w:rPr>
        <w:t xml:space="preserve">H1  </w:t>
      </w:r>
      <w:r w:rsidRPr="00CB32C5">
        <w:rPr>
          <w:rFonts w:ascii="Aptos" w:hAnsi="Aptos"/>
          <w:lang w:val="de-DE"/>
        </w:rPr>
        <w:t>Betroffene Mitarbeitende verstehen, welchen Zweck eine digitale Veränderung für ihren Arbeitsalltag hat.</w:t>
      </w:r>
    </w:p>
    <w:p w14:paraId="31270D58" w14:textId="2A78F4F8"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1024018442"/>
          <w14:checkbox>
            <w14:checked w14:val="0"/>
            <w14:checkedState w14:val="2612" w14:font="MS Gothic"/>
            <w14:uncheckedState w14:val="2610" w14:font="MS Gothic"/>
          </w14:checkbox>
        </w:sdtPr>
        <w:sdtContent>
          <w:r w:rsidR="00CB32C5">
            <w:rPr>
              <w:rFonts w:ascii="MS Gothic" w:eastAsia="MS Gothic" w:hAnsi="MS Gothic" w:hint="eastAsia"/>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94506872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28138567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10612853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90029387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164526878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178401812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2BE8492D" w14:textId="77777777" w:rsidR="00EF4724" w:rsidRPr="00CB32C5" w:rsidRDefault="00000000">
      <w:pPr>
        <w:keepNext/>
        <w:spacing w:after="40"/>
        <w:rPr>
          <w:rFonts w:ascii="Aptos" w:hAnsi="Aptos"/>
          <w:lang w:val="de-DE"/>
        </w:rPr>
      </w:pPr>
      <w:r w:rsidRPr="00CB32C5">
        <w:rPr>
          <w:rFonts w:ascii="Aptos" w:hAnsi="Aptos"/>
          <w:b/>
          <w:lang w:val="de-DE"/>
        </w:rPr>
        <w:t xml:space="preserve">H2  </w:t>
      </w:r>
      <w:r w:rsidRPr="00CB32C5">
        <w:rPr>
          <w:rFonts w:ascii="Aptos" w:hAnsi="Aptos"/>
          <w:lang w:val="de-DE"/>
        </w:rPr>
        <w:t>Mitarbeitende werden frühzeitig an der Gestaltung veränderter Abläufe beteiligt.</w:t>
      </w:r>
    </w:p>
    <w:p w14:paraId="1E318EDB"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207304280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31038185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74588350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30520969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36721786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48809174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69550373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468FFD0D" w14:textId="77777777" w:rsidR="00EF4724" w:rsidRPr="00CB32C5" w:rsidRDefault="00000000">
      <w:pPr>
        <w:keepNext/>
        <w:spacing w:after="40"/>
        <w:rPr>
          <w:rFonts w:ascii="Aptos" w:hAnsi="Aptos"/>
          <w:lang w:val="de-DE"/>
        </w:rPr>
      </w:pPr>
      <w:r w:rsidRPr="00CB32C5">
        <w:rPr>
          <w:rFonts w:ascii="Aptos" w:hAnsi="Aptos"/>
          <w:b/>
          <w:lang w:val="de-DE"/>
        </w:rPr>
        <w:t xml:space="preserve">H3  </w:t>
      </w:r>
      <w:r w:rsidRPr="00CB32C5">
        <w:rPr>
          <w:rFonts w:ascii="Aptos" w:hAnsi="Aptos"/>
          <w:lang w:val="de-DE"/>
        </w:rPr>
        <w:t>Bedenken und Schwierigkeiten können offen angesprochen werden und werden nachvollziehbar bearbeitet.</w:t>
      </w:r>
    </w:p>
    <w:p w14:paraId="39C898AF"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59533261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35169890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196924022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34491740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15743166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116697355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21504777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19FA42FA" w14:textId="77777777" w:rsidR="00EF4724" w:rsidRPr="00CB32C5" w:rsidRDefault="00000000">
      <w:pPr>
        <w:keepNext/>
        <w:spacing w:after="40"/>
        <w:rPr>
          <w:rFonts w:ascii="Aptos" w:hAnsi="Aptos"/>
          <w:lang w:val="de-DE"/>
        </w:rPr>
      </w:pPr>
      <w:r w:rsidRPr="00CB32C5">
        <w:rPr>
          <w:rFonts w:ascii="Aptos" w:hAnsi="Aptos"/>
          <w:b/>
          <w:lang w:val="de-DE"/>
        </w:rPr>
        <w:t xml:space="preserve">H4  </w:t>
      </w:r>
      <w:r w:rsidRPr="00CB32C5">
        <w:rPr>
          <w:rFonts w:ascii="Aptos" w:hAnsi="Aptos"/>
          <w:lang w:val="de-DE"/>
        </w:rPr>
        <w:t>Führungskräfte nutzen die vereinbarten neuen Arbeitsweisen selbst im Alltag.</w:t>
      </w:r>
    </w:p>
    <w:p w14:paraId="46699F9D"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108768370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7676045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72521060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210979711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45825951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57790580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154034982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588DFDB2" w14:textId="77777777" w:rsidR="00EF4724" w:rsidRPr="00CB32C5" w:rsidRDefault="00000000">
      <w:pPr>
        <w:keepNext/>
        <w:spacing w:after="40"/>
        <w:rPr>
          <w:rFonts w:ascii="Aptos" w:hAnsi="Aptos"/>
          <w:lang w:val="de-DE"/>
        </w:rPr>
      </w:pPr>
      <w:r w:rsidRPr="00CB32C5">
        <w:rPr>
          <w:rFonts w:ascii="Aptos" w:hAnsi="Aptos"/>
          <w:b/>
          <w:lang w:val="de-DE"/>
        </w:rPr>
        <w:t xml:space="preserve">H5  </w:t>
      </w:r>
      <w:r w:rsidRPr="00CB32C5">
        <w:rPr>
          <w:rFonts w:ascii="Aptos" w:hAnsi="Aptos"/>
          <w:lang w:val="de-DE"/>
        </w:rPr>
        <w:t>Veränderte Aufgaben und Rollen werden mit den betroffenen Mitarbeitenden vor der Einführung geklärt.</w:t>
      </w:r>
    </w:p>
    <w:p w14:paraId="22AD8C51"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117063615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93058615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159713749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197412577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94575255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124839536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159323245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5C763CFB" w14:textId="77777777" w:rsidR="005B2886" w:rsidRPr="0081075F" w:rsidRDefault="005B2886" w:rsidP="005B2886">
      <w:pPr>
        <w:spacing w:after="40"/>
        <w:rPr>
          <w:rFonts w:ascii="Aptos" w:hAnsi="Aptos"/>
          <w:lang w:val="de-DE"/>
        </w:rPr>
      </w:pPr>
      <w:r w:rsidRPr="005B2886">
        <w:rPr>
          <w:rFonts w:ascii="Aptos" w:hAnsi="Aptos"/>
          <w:b/>
          <w:bCs/>
          <w:lang w:val="de-DE"/>
        </w:rPr>
        <w:t>Bedeutung:</w:t>
      </w:r>
      <w:r w:rsidRPr="0081075F">
        <w:rPr>
          <w:rFonts w:ascii="Aptos" w:hAnsi="Aptos"/>
          <w:lang w:val="de-DE"/>
        </w:rPr>
        <w:t xml:space="preserve"> ☐ 1 gering  ☐ 2 mittel  ☐ 3 hoch     Beleg oder Begründung für N mit Fragenummer:</w:t>
      </w:r>
      <w:r>
        <w:rPr>
          <w:rFonts w:ascii="Aptos" w:hAnsi="Aptos"/>
          <w:lang w:val="de-DE"/>
        </w:rPr>
        <w:t xml:space="preserve"> ___________</w:t>
      </w:r>
    </w:p>
    <w:p w14:paraId="3F0E4DF6" w14:textId="77777777" w:rsidR="005B2886" w:rsidRPr="0081075F" w:rsidRDefault="005B2886" w:rsidP="005B2886">
      <w:pPr>
        <w:spacing w:after="100"/>
        <w:rPr>
          <w:rFonts w:ascii="Aptos" w:hAnsi="Aptos"/>
          <w:lang w:val="de-DE"/>
        </w:rPr>
      </w:pPr>
      <w:r w:rsidRPr="0081075F">
        <w:rPr>
          <w:rFonts w:ascii="Aptos" w:hAnsi="Aptos"/>
          <w:lang w:val="de-DE"/>
        </w:rPr>
        <w:t>________________________________________________________________________________</w:t>
      </w:r>
      <w:r>
        <w:rPr>
          <w:rFonts w:ascii="Aptos" w:hAnsi="Aptos"/>
          <w:lang w:val="de-DE"/>
        </w:rPr>
        <w:t>___________________</w:t>
      </w:r>
    </w:p>
    <w:p w14:paraId="653372D5" w14:textId="77777777" w:rsidR="00EF4724" w:rsidRPr="00CB32C5" w:rsidRDefault="00000000">
      <w:pPr>
        <w:pageBreakBefore/>
        <w:spacing w:after="20"/>
        <w:rPr>
          <w:rFonts w:ascii="Aptos" w:hAnsi="Aptos"/>
          <w:lang w:val="de-DE"/>
        </w:rPr>
      </w:pPr>
      <w:r w:rsidRPr="00CB32C5">
        <w:rPr>
          <w:rFonts w:ascii="Aptos" w:hAnsi="Aptos"/>
          <w:sz w:val="18"/>
          <w:lang w:val="de-DE"/>
        </w:rPr>
        <w:lastRenderedPageBreak/>
        <w:t>Bewertung: 0 nicht · 1 ansatzweise · 2 teilweise · 3 weitgehend · 4 vollständig belegt</w:t>
      </w:r>
    </w:p>
    <w:p w14:paraId="01C947CC" w14:textId="77777777" w:rsidR="00EF4724" w:rsidRPr="00CB32C5" w:rsidRDefault="00000000">
      <w:pPr>
        <w:rPr>
          <w:rFonts w:ascii="Aptos" w:hAnsi="Aptos"/>
          <w:lang w:val="de-DE"/>
        </w:rPr>
      </w:pPr>
      <w:r w:rsidRPr="00CB32C5">
        <w:rPr>
          <w:rFonts w:ascii="Aptos" w:hAnsi="Aptos"/>
          <w:sz w:val="18"/>
          <w:lang w:val="de-DE"/>
        </w:rPr>
        <w:t>W = weiß ich nicht     N = nicht anwendbar mit Begründung</w:t>
      </w:r>
    </w:p>
    <w:p w14:paraId="21D41E99" w14:textId="77777777" w:rsidR="00EF4724" w:rsidRPr="00DB5CD5" w:rsidRDefault="00000000">
      <w:pPr>
        <w:pStyle w:val="berschrift2"/>
        <w:rPr>
          <w:rFonts w:ascii="Aptos" w:hAnsi="Aptos"/>
          <w:color w:val="00A19C"/>
          <w:sz w:val="22"/>
          <w:szCs w:val="22"/>
        </w:rPr>
      </w:pPr>
      <w:r w:rsidRPr="00DB5CD5">
        <w:rPr>
          <w:rFonts w:ascii="Aptos" w:hAnsi="Aptos"/>
          <w:color w:val="00A19C"/>
          <w:sz w:val="22"/>
          <w:szCs w:val="22"/>
        </w:rPr>
        <w:t>I  Kunden und digitale Angebote</w:t>
      </w:r>
    </w:p>
    <w:p w14:paraId="61A6A3FB" w14:textId="77777777" w:rsidR="00EF4724" w:rsidRPr="00CB32C5" w:rsidRDefault="00000000">
      <w:pPr>
        <w:keepNext/>
        <w:spacing w:after="40"/>
        <w:rPr>
          <w:rFonts w:ascii="Aptos" w:hAnsi="Aptos"/>
          <w:lang w:val="de-DE"/>
        </w:rPr>
      </w:pPr>
      <w:r w:rsidRPr="00CB32C5">
        <w:rPr>
          <w:rFonts w:ascii="Aptos" w:hAnsi="Aptos"/>
          <w:b/>
          <w:lang w:val="de-DE"/>
        </w:rPr>
        <w:t xml:space="preserve">I1  </w:t>
      </w:r>
      <w:r w:rsidRPr="00CB32C5">
        <w:rPr>
          <w:rFonts w:ascii="Aptos" w:hAnsi="Aptos"/>
          <w:lang w:val="de-DE"/>
        </w:rPr>
        <w:t>Wir ermitteln systematisch, welche digitalen Leistungen unsere Kunden tatsächlich benötigen.</w:t>
      </w:r>
    </w:p>
    <w:p w14:paraId="19C0AB87"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30455310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161487321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117854609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137789495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67191385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156663750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54919408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4C19CCBE" w14:textId="77777777" w:rsidR="00EF4724" w:rsidRPr="00CB32C5" w:rsidRDefault="00000000">
      <w:pPr>
        <w:keepNext/>
        <w:spacing w:after="40"/>
        <w:rPr>
          <w:rFonts w:ascii="Aptos" w:hAnsi="Aptos"/>
          <w:lang w:val="de-DE"/>
        </w:rPr>
      </w:pPr>
      <w:r w:rsidRPr="00CB32C5">
        <w:rPr>
          <w:rFonts w:ascii="Aptos" w:hAnsi="Aptos"/>
          <w:b/>
          <w:lang w:val="de-DE"/>
        </w:rPr>
        <w:t xml:space="preserve">I2  </w:t>
      </w:r>
      <w:r w:rsidRPr="00CB32C5">
        <w:rPr>
          <w:rFonts w:ascii="Aptos" w:hAnsi="Aptos"/>
          <w:lang w:val="de-DE"/>
        </w:rPr>
        <w:t>Kunden können wesentliche Anliegen über passende und für sie einfach nutzbare digitale Wege erledigen.</w:t>
      </w:r>
    </w:p>
    <w:p w14:paraId="4F37EA46"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52027881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196468943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188585847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127551754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52251134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197802668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20386356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1E0885A1" w14:textId="77777777" w:rsidR="00EF4724" w:rsidRPr="00CB32C5" w:rsidRDefault="00000000">
      <w:pPr>
        <w:keepNext/>
        <w:spacing w:after="40"/>
        <w:rPr>
          <w:rFonts w:ascii="Aptos" w:hAnsi="Aptos"/>
          <w:lang w:val="de-DE"/>
        </w:rPr>
      </w:pPr>
      <w:r w:rsidRPr="00CB32C5">
        <w:rPr>
          <w:rFonts w:ascii="Aptos" w:hAnsi="Aptos"/>
          <w:b/>
          <w:lang w:val="de-DE"/>
        </w:rPr>
        <w:t xml:space="preserve">I3  </w:t>
      </w:r>
      <w:r w:rsidRPr="00CB32C5">
        <w:rPr>
          <w:rFonts w:ascii="Aptos" w:hAnsi="Aptos"/>
          <w:lang w:val="de-DE"/>
        </w:rPr>
        <w:t>Kundeninformationen sind für berechtigte Mitarbeitende über die relevanten Kontaktpunkte hinweg verfügbar.</w:t>
      </w:r>
    </w:p>
    <w:p w14:paraId="0D5C0380"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158170836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150173144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103616383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116330895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41124653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157157416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69244984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0989609D" w14:textId="77777777" w:rsidR="00EF4724" w:rsidRPr="00CB32C5" w:rsidRDefault="00000000">
      <w:pPr>
        <w:keepNext/>
        <w:spacing w:after="40"/>
        <w:rPr>
          <w:rFonts w:ascii="Aptos" w:hAnsi="Aptos"/>
          <w:lang w:val="de-DE"/>
        </w:rPr>
      </w:pPr>
      <w:r w:rsidRPr="00CB32C5">
        <w:rPr>
          <w:rFonts w:ascii="Aptos" w:hAnsi="Aptos"/>
          <w:b/>
          <w:lang w:val="de-DE"/>
        </w:rPr>
        <w:t xml:space="preserve">I4  </w:t>
      </w:r>
      <w:r w:rsidRPr="00CB32C5">
        <w:rPr>
          <w:rFonts w:ascii="Aptos" w:hAnsi="Aptos"/>
          <w:lang w:val="de-DE"/>
        </w:rPr>
        <w:t>Wir erproben digitale Erweiterungen unseres Angebots in überschaubarem Umfang gemeinsam mit Kunden.</w:t>
      </w:r>
    </w:p>
    <w:p w14:paraId="77011685"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100648124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213998906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197235094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137157636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75812395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205642667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209253582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5ED03A36" w14:textId="77777777" w:rsidR="00EF4724" w:rsidRPr="00CB32C5" w:rsidRDefault="00000000">
      <w:pPr>
        <w:keepNext/>
        <w:spacing w:after="40"/>
        <w:rPr>
          <w:rFonts w:ascii="Aptos" w:hAnsi="Aptos"/>
          <w:lang w:val="de-DE"/>
        </w:rPr>
      </w:pPr>
      <w:r w:rsidRPr="00CB32C5">
        <w:rPr>
          <w:rFonts w:ascii="Aptos" w:hAnsi="Aptos"/>
          <w:b/>
          <w:lang w:val="de-DE"/>
        </w:rPr>
        <w:t xml:space="preserve">I5  </w:t>
      </w:r>
      <w:r w:rsidRPr="00CB32C5">
        <w:rPr>
          <w:rFonts w:ascii="Aptos" w:hAnsi="Aptos"/>
          <w:lang w:val="de-DE"/>
        </w:rPr>
        <w:t>Wir prüfen regelmäßig, wie Digitalisierung die Wettbewerbsfähigkeit unseres Geschäftsmodells verändert.</w:t>
      </w:r>
    </w:p>
    <w:p w14:paraId="60ACE4F7"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714417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3952776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105785840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181729172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29405284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176513374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84015458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22D1BBF9" w14:textId="77777777" w:rsidR="005B2886" w:rsidRPr="0081075F" w:rsidRDefault="005B2886" w:rsidP="005B2886">
      <w:pPr>
        <w:spacing w:after="40"/>
        <w:rPr>
          <w:rFonts w:ascii="Aptos" w:hAnsi="Aptos"/>
          <w:lang w:val="de-DE"/>
        </w:rPr>
      </w:pPr>
      <w:r w:rsidRPr="005B2886">
        <w:rPr>
          <w:rFonts w:ascii="Aptos" w:hAnsi="Aptos"/>
          <w:b/>
          <w:bCs/>
          <w:lang w:val="de-DE"/>
        </w:rPr>
        <w:t>Bedeutung:</w:t>
      </w:r>
      <w:r w:rsidRPr="0081075F">
        <w:rPr>
          <w:rFonts w:ascii="Aptos" w:hAnsi="Aptos"/>
          <w:lang w:val="de-DE"/>
        </w:rPr>
        <w:t xml:space="preserve"> ☐ 1 gering  ☐ 2 mittel  ☐ 3 hoch     Beleg oder Begründung für N mit Fragenummer:</w:t>
      </w:r>
      <w:r>
        <w:rPr>
          <w:rFonts w:ascii="Aptos" w:hAnsi="Aptos"/>
          <w:lang w:val="de-DE"/>
        </w:rPr>
        <w:t xml:space="preserve"> ___________</w:t>
      </w:r>
    </w:p>
    <w:p w14:paraId="6324FE9F" w14:textId="77777777" w:rsidR="005B2886" w:rsidRPr="0081075F" w:rsidRDefault="005B2886" w:rsidP="005B2886">
      <w:pPr>
        <w:spacing w:after="100"/>
        <w:rPr>
          <w:rFonts w:ascii="Aptos" w:hAnsi="Aptos"/>
          <w:lang w:val="de-DE"/>
        </w:rPr>
      </w:pPr>
      <w:r w:rsidRPr="0081075F">
        <w:rPr>
          <w:rFonts w:ascii="Aptos" w:hAnsi="Aptos"/>
          <w:lang w:val="de-DE"/>
        </w:rPr>
        <w:t>________________________________________________________________________________</w:t>
      </w:r>
      <w:r>
        <w:rPr>
          <w:rFonts w:ascii="Aptos" w:hAnsi="Aptos"/>
          <w:lang w:val="de-DE"/>
        </w:rPr>
        <w:t>___________________</w:t>
      </w:r>
    </w:p>
    <w:p w14:paraId="3CA21D2F" w14:textId="77777777" w:rsidR="00EF4724" w:rsidRPr="00DB5CD5" w:rsidRDefault="00000000">
      <w:pPr>
        <w:pStyle w:val="berschrift2"/>
        <w:rPr>
          <w:rFonts w:ascii="Aptos" w:hAnsi="Aptos"/>
          <w:color w:val="00A19C"/>
          <w:sz w:val="22"/>
          <w:szCs w:val="22"/>
        </w:rPr>
      </w:pPr>
      <w:r w:rsidRPr="00DB5CD5">
        <w:rPr>
          <w:rFonts w:ascii="Aptos" w:hAnsi="Aptos"/>
          <w:color w:val="00A19C"/>
          <w:sz w:val="22"/>
          <w:szCs w:val="22"/>
        </w:rPr>
        <w:t xml:space="preserve">J  </w:t>
      </w:r>
      <w:proofErr w:type="spellStart"/>
      <w:r w:rsidRPr="00DB5CD5">
        <w:rPr>
          <w:rFonts w:ascii="Aptos" w:hAnsi="Aptos"/>
          <w:color w:val="00A19C"/>
          <w:sz w:val="22"/>
          <w:szCs w:val="22"/>
        </w:rPr>
        <w:t>Umsetzung</w:t>
      </w:r>
      <w:proofErr w:type="spellEnd"/>
      <w:r w:rsidRPr="00DB5CD5">
        <w:rPr>
          <w:rFonts w:ascii="Aptos" w:hAnsi="Aptos"/>
          <w:color w:val="00A19C"/>
          <w:sz w:val="22"/>
          <w:szCs w:val="22"/>
        </w:rPr>
        <w:t xml:space="preserve"> und </w:t>
      </w:r>
      <w:proofErr w:type="spellStart"/>
      <w:r w:rsidRPr="00DB5CD5">
        <w:rPr>
          <w:rFonts w:ascii="Aptos" w:hAnsi="Aptos"/>
          <w:color w:val="00A19C"/>
          <w:sz w:val="22"/>
          <w:szCs w:val="22"/>
        </w:rPr>
        <w:t>kontinuierliche</w:t>
      </w:r>
      <w:proofErr w:type="spellEnd"/>
      <w:r w:rsidRPr="00DB5CD5">
        <w:rPr>
          <w:rFonts w:ascii="Aptos" w:hAnsi="Aptos"/>
          <w:color w:val="00A19C"/>
          <w:sz w:val="22"/>
          <w:szCs w:val="22"/>
        </w:rPr>
        <w:t xml:space="preserve"> Verbesserung</w:t>
      </w:r>
    </w:p>
    <w:p w14:paraId="324660E0" w14:textId="77777777" w:rsidR="00EF4724" w:rsidRPr="00CB32C5" w:rsidRDefault="00000000">
      <w:pPr>
        <w:keepNext/>
        <w:spacing w:after="40"/>
        <w:rPr>
          <w:rFonts w:ascii="Aptos" w:hAnsi="Aptos"/>
          <w:lang w:val="de-DE"/>
        </w:rPr>
      </w:pPr>
      <w:r w:rsidRPr="00CB32C5">
        <w:rPr>
          <w:rFonts w:ascii="Aptos" w:hAnsi="Aptos"/>
          <w:b/>
          <w:lang w:val="de-DE"/>
        </w:rPr>
        <w:t xml:space="preserve">J1  </w:t>
      </w:r>
      <w:r w:rsidRPr="00CB32C5">
        <w:rPr>
          <w:rFonts w:ascii="Aptos" w:hAnsi="Aptos"/>
          <w:lang w:val="de-DE"/>
        </w:rPr>
        <w:t>Digitale Vorhaben haben überprüfbare Ergebnisse, verbindliche Termine und klare Zuständigkeiten.</w:t>
      </w:r>
    </w:p>
    <w:p w14:paraId="09C6CA9F"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94476060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105862930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43857599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158791386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73558192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109308645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121580781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6E00A29F" w14:textId="77777777" w:rsidR="00EF4724" w:rsidRPr="00CB32C5" w:rsidRDefault="00000000">
      <w:pPr>
        <w:keepNext/>
        <w:spacing w:after="40"/>
        <w:rPr>
          <w:rFonts w:ascii="Aptos" w:hAnsi="Aptos"/>
          <w:lang w:val="de-DE"/>
        </w:rPr>
      </w:pPr>
      <w:r w:rsidRPr="00CB32C5">
        <w:rPr>
          <w:rFonts w:ascii="Aptos" w:hAnsi="Aptos"/>
          <w:b/>
          <w:lang w:val="de-DE"/>
        </w:rPr>
        <w:t xml:space="preserve">J2  </w:t>
      </w:r>
      <w:r w:rsidRPr="00CB32C5">
        <w:rPr>
          <w:rFonts w:ascii="Aptos" w:hAnsi="Aptos"/>
          <w:lang w:val="de-DE"/>
        </w:rPr>
        <w:t>Die Gesamtbelastung aus Tagesgeschäft und Veränderung wird bei der Planung neuer Vorhaben berücksichtigt.</w:t>
      </w:r>
    </w:p>
    <w:p w14:paraId="54BAA52A"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142075894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196118031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72005807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79317290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5877093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200572716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76461581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22FACEAF" w14:textId="77777777" w:rsidR="00EF4724" w:rsidRPr="00CB32C5" w:rsidRDefault="00000000">
      <w:pPr>
        <w:keepNext/>
        <w:spacing w:after="40"/>
        <w:rPr>
          <w:rFonts w:ascii="Aptos" w:hAnsi="Aptos"/>
          <w:lang w:val="de-DE"/>
        </w:rPr>
      </w:pPr>
      <w:r w:rsidRPr="00CB32C5">
        <w:rPr>
          <w:rFonts w:ascii="Aptos" w:hAnsi="Aptos"/>
          <w:b/>
          <w:lang w:val="de-DE"/>
        </w:rPr>
        <w:t xml:space="preserve">J3  </w:t>
      </w:r>
      <w:r w:rsidRPr="00CB32C5">
        <w:rPr>
          <w:rFonts w:ascii="Aptos" w:hAnsi="Aptos"/>
          <w:lang w:val="de-DE"/>
        </w:rPr>
        <w:t>Nach einer Einführung prüfen wir, ob die neue Lösung im Alltag tatsächlich genutzt wird.</w:t>
      </w:r>
    </w:p>
    <w:p w14:paraId="72CDC5B4"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78423287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706919219"/>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39120278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35069247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45398669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149869678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1213957484"/>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15061D02" w14:textId="77777777" w:rsidR="00EF4724" w:rsidRPr="00CB32C5" w:rsidRDefault="00000000">
      <w:pPr>
        <w:keepNext/>
        <w:spacing w:after="40"/>
        <w:rPr>
          <w:rFonts w:ascii="Aptos" w:hAnsi="Aptos"/>
          <w:lang w:val="de-DE"/>
        </w:rPr>
      </w:pPr>
      <w:r w:rsidRPr="00CB32C5">
        <w:rPr>
          <w:rFonts w:ascii="Aptos" w:hAnsi="Aptos"/>
          <w:b/>
          <w:lang w:val="de-DE"/>
        </w:rPr>
        <w:t xml:space="preserve">J4  </w:t>
      </w:r>
      <w:r w:rsidRPr="00CB32C5">
        <w:rPr>
          <w:rFonts w:ascii="Aptos" w:hAnsi="Aptos"/>
          <w:lang w:val="de-DE"/>
        </w:rPr>
        <w:t>Verbesserungsideen aus der täglichen Arbeit werden systematisch gesammelt und verbindlich bearbeitet.</w:t>
      </w:r>
    </w:p>
    <w:p w14:paraId="4E31F96F" w14:textId="09BE5695"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1236477408"/>
          <w14:checkbox>
            <w14:checked w14:val="0"/>
            <w14:checkedState w14:val="2612" w14:font="MS Gothic"/>
            <w14:uncheckedState w14:val="2610" w14:font="MS Gothic"/>
          </w14:checkbox>
        </w:sdtPr>
        <w:sdtContent>
          <w:r w:rsidR="00EB01B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153175477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204709699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170674476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310318350"/>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890230105"/>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347909752"/>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038AD282" w14:textId="77777777" w:rsidR="00EF4724" w:rsidRPr="00CB32C5" w:rsidRDefault="00000000">
      <w:pPr>
        <w:keepNext/>
        <w:spacing w:after="40"/>
        <w:rPr>
          <w:rFonts w:ascii="Aptos" w:hAnsi="Aptos"/>
          <w:lang w:val="de-DE"/>
        </w:rPr>
      </w:pPr>
      <w:r w:rsidRPr="00CB32C5">
        <w:rPr>
          <w:rFonts w:ascii="Aptos" w:hAnsi="Aptos"/>
          <w:b/>
          <w:lang w:val="de-DE"/>
        </w:rPr>
        <w:t xml:space="preserve">J5  </w:t>
      </w:r>
      <w:r w:rsidRPr="00CB32C5">
        <w:rPr>
          <w:rFonts w:ascii="Aptos" w:hAnsi="Aptos"/>
          <w:lang w:val="de-DE"/>
        </w:rPr>
        <w:t>Erfahrungen aus Vorhaben und neue externe Impulse führen zu überprüften Anpassungen unserer Roadmap.</w:t>
      </w:r>
    </w:p>
    <w:p w14:paraId="13B3D9A8" w14:textId="77777777" w:rsidR="00DF13EB" w:rsidRPr="00CB32C5" w:rsidRDefault="00000000" w:rsidP="00DF13EB">
      <w:pPr>
        <w:spacing w:after="180" w:line="240" w:lineRule="auto"/>
        <w:ind w:left="418"/>
        <w:rPr>
          <w:rFonts w:ascii="Aptos" w:hAnsi="Aptos"/>
          <w:sz w:val="24"/>
          <w:szCs w:val="24"/>
          <w:lang w:val="de-DE"/>
        </w:rPr>
      </w:pPr>
      <w:sdt>
        <w:sdtPr>
          <w:rPr>
            <w:rFonts w:ascii="Aptos" w:hAnsi="Aptos"/>
            <w:sz w:val="24"/>
            <w:szCs w:val="24"/>
            <w:lang w:val="de-DE"/>
          </w:rPr>
          <w:id w:val="-59625967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0      </w:t>
      </w:r>
      <w:sdt>
        <w:sdtPr>
          <w:rPr>
            <w:rFonts w:ascii="Aptos" w:hAnsi="Aptos"/>
            <w:sz w:val="24"/>
            <w:szCs w:val="24"/>
            <w:lang w:val="de-DE"/>
          </w:rPr>
          <w:id w:val="2018031176"/>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1      </w:t>
      </w:r>
      <w:sdt>
        <w:sdtPr>
          <w:rPr>
            <w:rFonts w:ascii="Aptos" w:hAnsi="Aptos"/>
            <w:sz w:val="24"/>
            <w:szCs w:val="24"/>
            <w:lang w:val="de-DE"/>
          </w:rPr>
          <w:id w:val="132539697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2      </w:t>
      </w:r>
      <w:sdt>
        <w:sdtPr>
          <w:rPr>
            <w:rFonts w:ascii="Aptos" w:hAnsi="Aptos"/>
            <w:sz w:val="24"/>
            <w:szCs w:val="24"/>
            <w:lang w:val="de-DE"/>
          </w:rPr>
          <w:id w:val="-240562913"/>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3      </w:t>
      </w:r>
      <w:sdt>
        <w:sdtPr>
          <w:rPr>
            <w:rFonts w:ascii="Aptos" w:hAnsi="Aptos"/>
            <w:sz w:val="24"/>
            <w:szCs w:val="24"/>
            <w:lang w:val="de-DE"/>
          </w:rPr>
          <w:id w:val="-121391191"/>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4      </w:t>
      </w:r>
      <w:sdt>
        <w:sdtPr>
          <w:rPr>
            <w:rFonts w:ascii="Aptos" w:hAnsi="Aptos"/>
            <w:sz w:val="24"/>
            <w:szCs w:val="24"/>
            <w:lang w:val="de-DE"/>
          </w:rPr>
          <w:id w:val="853770838"/>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W      </w:t>
      </w:r>
      <w:sdt>
        <w:sdtPr>
          <w:rPr>
            <w:rFonts w:ascii="Aptos" w:hAnsi="Aptos"/>
            <w:sz w:val="24"/>
            <w:szCs w:val="24"/>
            <w:lang w:val="de-DE"/>
          </w:rPr>
          <w:id w:val="2019890967"/>
          <w14:checkbox>
            <w14:checked w14:val="0"/>
            <w14:checkedState w14:val="2612" w14:font="MS Gothic"/>
            <w14:uncheckedState w14:val="2610" w14:font="MS Gothic"/>
          </w14:checkbox>
        </w:sdtPr>
        <w:sdtContent>
          <w:r w:rsidR="00DF13EB" w:rsidRPr="00CB32C5">
            <w:rPr>
              <w:rFonts w:ascii="Aptos" w:eastAsia="MS Gothic" w:hAnsi="Aptos"/>
              <w:sz w:val="24"/>
              <w:szCs w:val="24"/>
              <w:lang w:val="de-DE"/>
            </w:rPr>
            <w:t>☐</w:t>
          </w:r>
        </w:sdtContent>
      </w:sdt>
      <w:r w:rsidR="00DF13EB" w:rsidRPr="00CB32C5">
        <w:rPr>
          <w:rFonts w:ascii="Aptos" w:hAnsi="Aptos"/>
          <w:sz w:val="24"/>
          <w:szCs w:val="24"/>
          <w:lang w:val="de-DE"/>
        </w:rPr>
        <w:t xml:space="preserve"> N</w:t>
      </w:r>
    </w:p>
    <w:p w14:paraId="1D48F853" w14:textId="77777777" w:rsidR="005B2886" w:rsidRPr="0081075F" w:rsidRDefault="005B2886" w:rsidP="005B2886">
      <w:pPr>
        <w:spacing w:after="40"/>
        <w:rPr>
          <w:rFonts w:ascii="Aptos" w:hAnsi="Aptos"/>
          <w:lang w:val="de-DE"/>
        </w:rPr>
      </w:pPr>
      <w:r w:rsidRPr="005B2886">
        <w:rPr>
          <w:rFonts w:ascii="Aptos" w:hAnsi="Aptos"/>
          <w:b/>
          <w:bCs/>
          <w:lang w:val="de-DE"/>
        </w:rPr>
        <w:t>Bedeutung:</w:t>
      </w:r>
      <w:r w:rsidRPr="0081075F">
        <w:rPr>
          <w:rFonts w:ascii="Aptos" w:hAnsi="Aptos"/>
          <w:lang w:val="de-DE"/>
        </w:rPr>
        <w:t xml:space="preserve"> ☐ 1 gering  ☐ 2 mittel  ☐ 3 hoch     Beleg oder Begründung für N mit Fragenummer:</w:t>
      </w:r>
      <w:r>
        <w:rPr>
          <w:rFonts w:ascii="Aptos" w:hAnsi="Aptos"/>
          <w:lang w:val="de-DE"/>
        </w:rPr>
        <w:t xml:space="preserve"> ___________</w:t>
      </w:r>
    </w:p>
    <w:p w14:paraId="136B4479" w14:textId="77777777" w:rsidR="005B2886" w:rsidRPr="0081075F" w:rsidRDefault="005B2886" w:rsidP="005B2886">
      <w:pPr>
        <w:spacing w:after="100"/>
        <w:rPr>
          <w:rFonts w:ascii="Aptos" w:hAnsi="Aptos"/>
          <w:lang w:val="de-DE"/>
        </w:rPr>
      </w:pPr>
      <w:r w:rsidRPr="0081075F">
        <w:rPr>
          <w:rFonts w:ascii="Aptos" w:hAnsi="Aptos"/>
          <w:lang w:val="de-DE"/>
        </w:rPr>
        <w:t>________________________________________________________________________________</w:t>
      </w:r>
      <w:r>
        <w:rPr>
          <w:rFonts w:ascii="Aptos" w:hAnsi="Aptos"/>
          <w:lang w:val="de-DE"/>
        </w:rPr>
        <w:t>___________________</w:t>
      </w:r>
    </w:p>
    <w:p w14:paraId="55BACD45" w14:textId="77777777" w:rsidR="00EF4724" w:rsidRPr="00DB5CD5" w:rsidRDefault="00000000" w:rsidP="00DB5CD5">
      <w:pPr>
        <w:pStyle w:val="berschrift1"/>
        <w:rPr>
          <w:rFonts w:ascii="Aptos" w:hAnsi="Aptos"/>
          <w:color w:val="002060"/>
          <w:sz w:val="24"/>
          <w:szCs w:val="24"/>
          <w:lang w:val="de-DE"/>
        </w:rPr>
      </w:pPr>
      <w:r w:rsidRPr="00DB5CD5">
        <w:rPr>
          <w:rFonts w:ascii="Aptos" w:hAnsi="Aptos"/>
          <w:color w:val="002060"/>
          <w:sz w:val="24"/>
          <w:szCs w:val="24"/>
          <w:lang w:val="de-DE"/>
        </w:rPr>
        <w:lastRenderedPageBreak/>
        <w:t>Offene Fragen zur Vertiefung</w:t>
      </w:r>
    </w:p>
    <w:p w14:paraId="7A61C3FA" w14:textId="77777777" w:rsidR="00EF4724" w:rsidRPr="00CB32C5" w:rsidRDefault="00000000">
      <w:pPr>
        <w:rPr>
          <w:rFonts w:ascii="Aptos" w:hAnsi="Aptos"/>
          <w:lang w:val="de-DE"/>
        </w:rPr>
      </w:pPr>
      <w:r w:rsidRPr="00CB32C5">
        <w:rPr>
          <w:rFonts w:ascii="Aptos" w:hAnsi="Aptos"/>
          <w:lang w:val="de-DE"/>
        </w:rPr>
        <w:t>Bitte nennen Sie möglichst konkrete Situationen. Verweisen Sie bei Bedarf auf eine Fragenummer. Weitere Belege oder Erläuterungen können Sie auf einem Zusatzblatt ergänzen.</w:t>
      </w:r>
    </w:p>
    <w:p w14:paraId="13A84DF3" w14:textId="77777777" w:rsidR="00EF4724" w:rsidRPr="00CB32C5" w:rsidRDefault="00000000">
      <w:pPr>
        <w:rPr>
          <w:rFonts w:ascii="Aptos" w:hAnsi="Aptos"/>
          <w:lang w:val="de-DE"/>
        </w:rPr>
      </w:pPr>
      <w:r w:rsidRPr="00CB32C5">
        <w:rPr>
          <w:rFonts w:ascii="Aptos" w:hAnsi="Aptos"/>
          <w:b/>
          <w:lang w:val="de-DE"/>
        </w:rPr>
        <w:t>1  Wo kostet uns die heutige Arbeitsweise am meisten Zeit, Geld oder Qualität?</w:t>
      </w:r>
    </w:p>
    <w:p w14:paraId="3AC32E22" w14:textId="77777777" w:rsidR="00EF4724" w:rsidRPr="00CB32C5" w:rsidRDefault="00000000">
      <w:pPr>
        <w:spacing w:after="140"/>
        <w:rPr>
          <w:rFonts w:ascii="Aptos" w:hAnsi="Aptos"/>
          <w:lang w:val="de-DE"/>
        </w:rPr>
      </w:pPr>
      <w:r w:rsidRPr="00CB32C5">
        <w:rPr>
          <w:rFonts w:ascii="Aptos" w:hAnsi="Aptos"/>
          <w:color w:val="777777"/>
          <w:sz w:val="20"/>
          <w:lang w:val="de-DE"/>
        </w:rPr>
        <w:t>________________________________________________________________________________</w:t>
      </w:r>
    </w:p>
    <w:p w14:paraId="6CCD936F" w14:textId="77777777" w:rsidR="00EF4724" w:rsidRPr="00CB32C5" w:rsidRDefault="00000000">
      <w:pPr>
        <w:spacing w:after="140"/>
        <w:rPr>
          <w:rFonts w:ascii="Aptos" w:hAnsi="Aptos"/>
          <w:lang w:val="de-DE"/>
        </w:rPr>
      </w:pPr>
      <w:r w:rsidRPr="00CB32C5">
        <w:rPr>
          <w:rFonts w:ascii="Aptos" w:hAnsi="Aptos"/>
          <w:color w:val="777777"/>
          <w:sz w:val="20"/>
          <w:lang w:val="de-DE"/>
        </w:rPr>
        <w:t>________________________________________________________________________________</w:t>
      </w:r>
    </w:p>
    <w:p w14:paraId="259DF54C" w14:textId="77777777" w:rsidR="00EF4724" w:rsidRPr="00CB32C5" w:rsidRDefault="00000000">
      <w:pPr>
        <w:rPr>
          <w:rFonts w:ascii="Aptos" w:hAnsi="Aptos"/>
          <w:lang w:val="de-DE"/>
        </w:rPr>
      </w:pPr>
      <w:r w:rsidRPr="00CB32C5">
        <w:rPr>
          <w:rFonts w:ascii="Aptos" w:hAnsi="Aptos"/>
          <w:b/>
          <w:lang w:val="de-DE"/>
        </w:rPr>
        <w:t>2  Wo übertragen wir Informationen mehrfach oder arbeiten mit inoffiziellen Dateien und Anwendungen?</w:t>
      </w:r>
    </w:p>
    <w:p w14:paraId="37D834B5" w14:textId="77777777" w:rsidR="00EF4724" w:rsidRPr="00CB32C5" w:rsidRDefault="00000000">
      <w:pPr>
        <w:spacing w:after="140"/>
        <w:rPr>
          <w:rFonts w:ascii="Aptos" w:hAnsi="Aptos"/>
          <w:lang w:val="de-DE"/>
        </w:rPr>
      </w:pPr>
      <w:r w:rsidRPr="00CB32C5">
        <w:rPr>
          <w:rFonts w:ascii="Aptos" w:hAnsi="Aptos"/>
          <w:color w:val="777777"/>
          <w:sz w:val="20"/>
          <w:lang w:val="de-DE"/>
        </w:rPr>
        <w:t>________________________________________________________________________________</w:t>
      </w:r>
    </w:p>
    <w:p w14:paraId="7C6AE442" w14:textId="77777777" w:rsidR="00EF4724" w:rsidRPr="00CB32C5" w:rsidRDefault="00000000">
      <w:pPr>
        <w:spacing w:after="140"/>
        <w:rPr>
          <w:rFonts w:ascii="Aptos" w:hAnsi="Aptos"/>
          <w:lang w:val="de-DE"/>
        </w:rPr>
      </w:pPr>
      <w:r w:rsidRPr="00CB32C5">
        <w:rPr>
          <w:rFonts w:ascii="Aptos" w:hAnsi="Aptos"/>
          <w:color w:val="777777"/>
          <w:sz w:val="20"/>
          <w:lang w:val="de-DE"/>
        </w:rPr>
        <w:t>________________________________________________________________________________</w:t>
      </w:r>
    </w:p>
    <w:p w14:paraId="2BC3B662" w14:textId="77777777" w:rsidR="00EF4724" w:rsidRPr="00CB32C5" w:rsidRDefault="00000000">
      <w:pPr>
        <w:rPr>
          <w:rFonts w:ascii="Aptos" w:hAnsi="Aptos"/>
          <w:lang w:val="de-DE"/>
        </w:rPr>
      </w:pPr>
      <w:r w:rsidRPr="00CB32C5">
        <w:rPr>
          <w:rFonts w:ascii="Aptos" w:hAnsi="Aptos"/>
          <w:b/>
          <w:lang w:val="de-DE"/>
        </w:rPr>
        <w:t>3  Welche digitale Lösung funktioniert bereits gut und warum?</w:t>
      </w:r>
    </w:p>
    <w:p w14:paraId="0E389191" w14:textId="77777777" w:rsidR="00EF4724" w:rsidRPr="00CB32C5" w:rsidRDefault="00000000">
      <w:pPr>
        <w:spacing w:after="140"/>
        <w:rPr>
          <w:rFonts w:ascii="Aptos" w:hAnsi="Aptos"/>
          <w:lang w:val="de-DE"/>
        </w:rPr>
      </w:pPr>
      <w:r w:rsidRPr="00CB32C5">
        <w:rPr>
          <w:rFonts w:ascii="Aptos" w:hAnsi="Aptos"/>
          <w:color w:val="777777"/>
          <w:sz w:val="20"/>
          <w:lang w:val="de-DE"/>
        </w:rPr>
        <w:t>________________________________________________________________________________</w:t>
      </w:r>
    </w:p>
    <w:p w14:paraId="2B35117D" w14:textId="77777777" w:rsidR="00EF4724" w:rsidRPr="00CB32C5" w:rsidRDefault="00000000">
      <w:pPr>
        <w:spacing w:after="140"/>
        <w:rPr>
          <w:rFonts w:ascii="Aptos" w:hAnsi="Aptos"/>
          <w:lang w:val="de-DE"/>
        </w:rPr>
      </w:pPr>
      <w:r w:rsidRPr="00CB32C5">
        <w:rPr>
          <w:rFonts w:ascii="Aptos" w:hAnsi="Aptos"/>
          <w:color w:val="777777"/>
          <w:sz w:val="20"/>
          <w:lang w:val="de-DE"/>
        </w:rPr>
        <w:t>________________________________________________________________________________</w:t>
      </w:r>
    </w:p>
    <w:p w14:paraId="2DECA986" w14:textId="77777777" w:rsidR="00EF4724" w:rsidRPr="00CB32C5" w:rsidRDefault="00000000">
      <w:pPr>
        <w:rPr>
          <w:rFonts w:ascii="Aptos" w:hAnsi="Aptos"/>
          <w:lang w:val="de-DE"/>
        </w:rPr>
      </w:pPr>
      <w:r w:rsidRPr="00CB32C5">
        <w:rPr>
          <w:rFonts w:ascii="Aptos" w:hAnsi="Aptos"/>
          <w:b/>
          <w:lang w:val="de-DE"/>
        </w:rPr>
        <w:t>4  Was behindert Veränderungen derzeit am stärksten?</w:t>
      </w:r>
    </w:p>
    <w:p w14:paraId="6B304D99" w14:textId="77777777" w:rsidR="00EF4724" w:rsidRPr="00CB32C5" w:rsidRDefault="00000000">
      <w:pPr>
        <w:spacing w:after="140"/>
        <w:rPr>
          <w:rFonts w:ascii="Aptos" w:hAnsi="Aptos"/>
          <w:lang w:val="de-DE"/>
        </w:rPr>
      </w:pPr>
      <w:r w:rsidRPr="00CB32C5">
        <w:rPr>
          <w:rFonts w:ascii="Aptos" w:hAnsi="Aptos"/>
          <w:color w:val="777777"/>
          <w:sz w:val="20"/>
          <w:lang w:val="de-DE"/>
        </w:rPr>
        <w:t>________________________________________________________________________________</w:t>
      </w:r>
    </w:p>
    <w:p w14:paraId="371DD135" w14:textId="77777777" w:rsidR="00EF4724" w:rsidRPr="00CB32C5" w:rsidRDefault="00000000">
      <w:pPr>
        <w:spacing w:after="140"/>
        <w:rPr>
          <w:rFonts w:ascii="Aptos" w:hAnsi="Aptos"/>
          <w:lang w:val="de-DE"/>
        </w:rPr>
      </w:pPr>
      <w:r w:rsidRPr="00CB32C5">
        <w:rPr>
          <w:rFonts w:ascii="Aptos" w:hAnsi="Aptos"/>
          <w:color w:val="777777"/>
          <w:sz w:val="20"/>
          <w:lang w:val="de-DE"/>
        </w:rPr>
        <w:t>________________________________________________________________________________</w:t>
      </w:r>
    </w:p>
    <w:p w14:paraId="0DEFA404" w14:textId="77777777" w:rsidR="00EF4724" w:rsidRPr="00CB32C5" w:rsidRDefault="00000000">
      <w:pPr>
        <w:rPr>
          <w:rFonts w:ascii="Aptos" w:hAnsi="Aptos"/>
          <w:lang w:val="de-DE"/>
        </w:rPr>
      </w:pPr>
      <w:r w:rsidRPr="00CB32C5">
        <w:rPr>
          <w:rFonts w:ascii="Aptos" w:hAnsi="Aptos"/>
          <w:b/>
          <w:lang w:val="de-DE"/>
        </w:rPr>
        <w:t>5  Welche Aufgaben, Rollen oder Formen der Zusammenarbeit müssten sich verändern?</w:t>
      </w:r>
    </w:p>
    <w:p w14:paraId="3D73E50D" w14:textId="77777777" w:rsidR="00EF4724" w:rsidRPr="00CB32C5" w:rsidRDefault="00000000">
      <w:pPr>
        <w:spacing w:after="140"/>
        <w:rPr>
          <w:rFonts w:ascii="Aptos" w:hAnsi="Aptos"/>
          <w:lang w:val="de-DE"/>
        </w:rPr>
      </w:pPr>
      <w:r w:rsidRPr="00CB32C5">
        <w:rPr>
          <w:rFonts w:ascii="Aptos" w:hAnsi="Aptos"/>
          <w:color w:val="777777"/>
          <w:sz w:val="20"/>
          <w:lang w:val="de-DE"/>
        </w:rPr>
        <w:t>________________________________________________________________________________</w:t>
      </w:r>
    </w:p>
    <w:p w14:paraId="2226F506" w14:textId="77777777" w:rsidR="00EF4724" w:rsidRPr="00CB32C5" w:rsidRDefault="00000000">
      <w:pPr>
        <w:spacing w:after="140"/>
        <w:rPr>
          <w:rFonts w:ascii="Aptos" w:hAnsi="Aptos"/>
          <w:lang w:val="de-DE"/>
        </w:rPr>
      </w:pPr>
      <w:r w:rsidRPr="00CB32C5">
        <w:rPr>
          <w:rFonts w:ascii="Aptos" w:hAnsi="Aptos"/>
          <w:color w:val="777777"/>
          <w:sz w:val="20"/>
          <w:lang w:val="de-DE"/>
        </w:rPr>
        <w:t>________________________________________________________________________________</w:t>
      </w:r>
    </w:p>
    <w:p w14:paraId="4B929DBA" w14:textId="77777777" w:rsidR="00EF4724" w:rsidRPr="00CB32C5" w:rsidRDefault="00000000">
      <w:pPr>
        <w:rPr>
          <w:rFonts w:ascii="Aptos" w:hAnsi="Aptos"/>
          <w:lang w:val="de-DE"/>
        </w:rPr>
      </w:pPr>
      <w:r w:rsidRPr="00CB32C5">
        <w:rPr>
          <w:rFonts w:ascii="Aptos" w:hAnsi="Aptos"/>
          <w:b/>
          <w:lang w:val="de-DE"/>
        </w:rPr>
        <w:t>6  Welche Verbesserungsidee aus dem Unternehmen wurde bisher nicht ausreichend aufgegriffen?</w:t>
      </w:r>
    </w:p>
    <w:p w14:paraId="52B9CB66" w14:textId="77777777" w:rsidR="00EF4724" w:rsidRPr="00CB32C5" w:rsidRDefault="00000000">
      <w:pPr>
        <w:spacing w:after="140"/>
        <w:rPr>
          <w:rFonts w:ascii="Aptos" w:hAnsi="Aptos"/>
          <w:lang w:val="de-DE"/>
        </w:rPr>
      </w:pPr>
      <w:r w:rsidRPr="00CB32C5">
        <w:rPr>
          <w:rFonts w:ascii="Aptos" w:hAnsi="Aptos"/>
          <w:color w:val="777777"/>
          <w:sz w:val="20"/>
          <w:lang w:val="de-DE"/>
        </w:rPr>
        <w:t>________________________________________________________________________________</w:t>
      </w:r>
    </w:p>
    <w:p w14:paraId="3CBCF84C" w14:textId="77777777" w:rsidR="00EF4724" w:rsidRPr="00CB32C5" w:rsidRDefault="00000000">
      <w:pPr>
        <w:spacing w:after="140"/>
        <w:rPr>
          <w:rFonts w:ascii="Aptos" w:hAnsi="Aptos"/>
          <w:lang w:val="de-DE"/>
        </w:rPr>
      </w:pPr>
      <w:r w:rsidRPr="00CB32C5">
        <w:rPr>
          <w:rFonts w:ascii="Aptos" w:hAnsi="Aptos"/>
          <w:color w:val="777777"/>
          <w:sz w:val="20"/>
          <w:lang w:val="de-DE"/>
        </w:rPr>
        <w:t>________________________________________________________________________________</w:t>
      </w:r>
    </w:p>
    <w:p w14:paraId="388E5932" w14:textId="77777777" w:rsidR="00EF4724" w:rsidRPr="00CB32C5" w:rsidRDefault="00000000">
      <w:pPr>
        <w:rPr>
          <w:rFonts w:ascii="Aptos" w:hAnsi="Aptos"/>
          <w:lang w:val="de-DE"/>
        </w:rPr>
      </w:pPr>
      <w:r w:rsidRPr="00CB32C5">
        <w:rPr>
          <w:rFonts w:ascii="Aptos" w:hAnsi="Aptos"/>
          <w:b/>
          <w:lang w:val="de-DE"/>
        </w:rPr>
        <w:t>7  Welche Veränderung bei Kunden, Wettbewerb oder Technologie erfordert eine Reaktion?</w:t>
      </w:r>
    </w:p>
    <w:p w14:paraId="4800A7FC" w14:textId="77777777" w:rsidR="00EF4724" w:rsidRPr="00CB32C5" w:rsidRDefault="00000000">
      <w:pPr>
        <w:spacing w:after="140"/>
        <w:rPr>
          <w:rFonts w:ascii="Aptos" w:hAnsi="Aptos"/>
          <w:lang w:val="de-DE"/>
        </w:rPr>
      </w:pPr>
      <w:r w:rsidRPr="00CB32C5">
        <w:rPr>
          <w:rFonts w:ascii="Aptos" w:hAnsi="Aptos"/>
          <w:color w:val="777777"/>
          <w:sz w:val="20"/>
          <w:lang w:val="de-DE"/>
        </w:rPr>
        <w:t>________________________________________________________________________________</w:t>
      </w:r>
    </w:p>
    <w:p w14:paraId="5C3939B3" w14:textId="77777777" w:rsidR="00EF4724" w:rsidRPr="00CB32C5" w:rsidRDefault="00000000">
      <w:pPr>
        <w:spacing w:after="140"/>
        <w:rPr>
          <w:rFonts w:ascii="Aptos" w:hAnsi="Aptos"/>
          <w:lang w:val="de-DE"/>
        </w:rPr>
      </w:pPr>
      <w:r w:rsidRPr="00CB32C5">
        <w:rPr>
          <w:rFonts w:ascii="Aptos" w:hAnsi="Aptos"/>
          <w:color w:val="777777"/>
          <w:sz w:val="20"/>
          <w:lang w:val="de-DE"/>
        </w:rPr>
        <w:t>________________________________________________________________________________</w:t>
      </w:r>
    </w:p>
    <w:p w14:paraId="1A6768FD" w14:textId="77777777" w:rsidR="00EF4724" w:rsidRPr="00CB32C5" w:rsidRDefault="00000000">
      <w:pPr>
        <w:rPr>
          <w:rFonts w:ascii="Aptos" w:hAnsi="Aptos"/>
          <w:lang w:val="de-DE"/>
        </w:rPr>
      </w:pPr>
      <w:r w:rsidRPr="00CB32C5">
        <w:rPr>
          <w:rFonts w:ascii="Aptos" w:hAnsi="Aptos"/>
          <w:b/>
          <w:lang w:val="de-DE"/>
        </w:rPr>
        <w:t>8  Was sollten wir in den nächsten 90 Tagen konkret verbessern und woran wäre der Erfolg erkennbar?</w:t>
      </w:r>
    </w:p>
    <w:p w14:paraId="0C33670A" w14:textId="77777777" w:rsidR="00EF4724" w:rsidRPr="00CB32C5" w:rsidRDefault="00000000">
      <w:pPr>
        <w:spacing w:after="140"/>
        <w:rPr>
          <w:rFonts w:ascii="Aptos" w:hAnsi="Aptos"/>
          <w:lang w:val="de-DE"/>
        </w:rPr>
      </w:pPr>
      <w:r w:rsidRPr="00CB32C5">
        <w:rPr>
          <w:rFonts w:ascii="Aptos" w:hAnsi="Aptos"/>
          <w:color w:val="777777"/>
          <w:sz w:val="20"/>
          <w:lang w:val="de-DE"/>
        </w:rPr>
        <w:t>________________________________________________________________________________</w:t>
      </w:r>
    </w:p>
    <w:p w14:paraId="2B0495CB" w14:textId="77777777" w:rsidR="00EF4724" w:rsidRPr="00CB32C5" w:rsidRDefault="00000000">
      <w:pPr>
        <w:spacing w:after="140"/>
        <w:rPr>
          <w:rFonts w:ascii="Aptos" w:hAnsi="Aptos"/>
          <w:lang w:val="de-DE"/>
        </w:rPr>
      </w:pPr>
      <w:r w:rsidRPr="00CB32C5">
        <w:rPr>
          <w:rFonts w:ascii="Aptos" w:hAnsi="Aptos"/>
          <w:color w:val="777777"/>
          <w:sz w:val="20"/>
          <w:lang w:val="de-DE"/>
        </w:rPr>
        <w:t>________________________________________________________________________________</w:t>
      </w:r>
    </w:p>
    <w:p w14:paraId="69F35832" w14:textId="77777777" w:rsidR="00EF4724" w:rsidRPr="00DB5CD5" w:rsidRDefault="00000000" w:rsidP="00DB5CD5">
      <w:pPr>
        <w:pStyle w:val="berschrift1"/>
        <w:rPr>
          <w:rFonts w:ascii="Aptos" w:hAnsi="Aptos"/>
          <w:color w:val="002060"/>
          <w:sz w:val="24"/>
          <w:szCs w:val="24"/>
          <w:lang w:val="de-DE"/>
        </w:rPr>
      </w:pPr>
      <w:r w:rsidRPr="00DB5CD5">
        <w:rPr>
          <w:rFonts w:ascii="Aptos" w:hAnsi="Aptos"/>
          <w:color w:val="002060"/>
          <w:sz w:val="24"/>
          <w:szCs w:val="24"/>
          <w:lang w:val="de-DE"/>
        </w:rPr>
        <w:t>Auswertung der Antworten</w:t>
      </w:r>
    </w:p>
    <w:p w14:paraId="378B72FF" w14:textId="77777777" w:rsidR="00EF4724" w:rsidRPr="00CB32C5" w:rsidRDefault="00000000">
      <w:pPr>
        <w:rPr>
          <w:rFonts w:ascii="Aptos" w:hAnsi="Aptos"/>
          <w:lang w:val="de-DE"/>
        </w:rPr>
      </w:pPr>
      <w:r w:rsidRPr="00CB32C5">
        <w:rPr>
          <w:rFonts w:ascii="Aptos" w:hAnsi="Aptos"/>
          <w:lang w:val="de-DE"/>
        </w:rPr>
        <w:t>Die Auswertung beschreibt die Einschätzungen der Teilnehmenden. Sie ist ein selbst entwickeltes Orientierungsinstrument ohne externen Branchenvergleich und keine wissenschaftlich validierte oder zertifizierende Prüfung.</w:t>
      </w:r>
    </w:p>
    <w:p w14:paraId="7BC76BA3" w14:textId="77777777" w:rsidR="00EF4724" w:rsidRPr="00DB5CD5" w:rsidRDefault="00000000">
      <w:pPr>
        <w:pStyle w:val="berschrift2"/>
        <w:rPr>
          <w:rFonts w:ascii="Aptos" w:hAnsi="Aptos"/>
          <w:color w:val="00A19C"/>
          <w:sz w:val="22"/>
          <w:szCs w:val="22"/>
        </w:rPr>
      </w:pPr>
      <w:r w:rsidRPr="00DB5CD5">
        <w:rPr>
          <w:rFonts w:ascii="Aptos" w:hAnsi="Aptos"/>
          <w:color w:val="00A19C"/>
          <w:sz w:val="22"/>
          <w:szCs w:val="22"/>
        </w:rPr>
        <w:lastRenderedPageBreak/>
        <w:t>1  Antworten auf Vollständigkeit prüfen</w:t>
      </w:r>
    </w:p>
    <w:p w14:paraId="2C79459A" w14:textId="77777777" w:rsidR="00EF4724" w:rsidRPr="00CB32C5" w:rsidRDefault="00000000">
      <w:pPr>
        <w:rPr>
          <w:rFonts w:ascii="Aptos" w:hAnsi="Aptos"/>
          <w:lang w:val="de-DE"/>
        </w:rPr>
      </w:pPr>
      <w:r w:rsidRPr="00CB32C5">
        <w:rPr>
          <w:rFonts w:ascii="Aptos" w:hAnsi="Aptos"/>
          <w:lang w:val="de-DE"/>
        </w:rPr>
        <w:t>Zählen Sie 0 bis 4 als gültige Bewertungen. W, N und leere Felder bleiben bei der Berechnung unberücksichtigt und werden gesondert ausgewiesen. Prüfen Sie jede N-Antwort anhand ihrer Begründung. Ungeklärte N-Antworten gelten zunächst als offen.</w:t>
      </w:r>
    </w:p>
    <w:p w14:paraId="436FE250" w14:textId="77777777" w:rsidR="00EF4724" w:rsidRPr="00CB32C5" w:rsidRDefault="00000000">
      <w:pPr>
        <w:rPr>
          <w:rFonts w:ascii="Aptos" w:hAnsi="Aptos"/>
          <w:lang w:val="de-DE"/>
        </w:rPr>
      </w:pPr>
      <w:r w:rsidRPr="00CB32C5">
        <w:rPr>
          <w:rFonts w:ascii="Aptos" w:hAnsi="Aptos"/>
          <w:lang w:val="de-DE"/>
        </w:rPr>
        <w:t>Berechnen Sie einen Themenfeldwert nur, wenn mindestens vier der fünf Aussagen numerisch beantwortet sind. Bei weniger Antworten lautet das Ergebnis „nicht ausreichend beurteilbar“. Klären Sie fehlende Informationen gezielt mit zuständigen Personen.</w:t>
      </w:r>
    </w:p>
    <w:p w14:paraId="3649E7D6" w14:textId="77777777" w:rsidR="00EF4724" w:rsidRPr="00DB5CD5" w:rsidRDefault="00000000">
      <w:pPr>
        <w:pStyle w:val="berschrift2"/>
        <w:rPr>
          <w:rFonts w:ascii="Aptos" w:hAnsi="Aptos"/>
          <w:color w:val="00A19C"/>
          <w:sz w:val="22"/>
          <w:szCs w:val="22"/>
        </w:rPr>
      </w:pPr>
      <w:r w:rsidRPr="00DB5CD5">
        <w:rPr>
          <w:rFonts w:ascii="Aptos" w:hAnsi="Aptos"/>
          <w:color w:val="00A19C"/>
          <w:sz w:val="22"/>
          <w:szCs w:val="22"/>
        </w:rPr>
        <w:t>2  Themenfelder und Gesamtwert berechnen</w:t>
      </w:r>
    </w:p>
    <w:p w14:paraId="4C4FCF3D" w14:textId="77777777" w:rsidR="00EF4724" w:rsidRPr="00CB32C5" w:rsidRDefault="00000000">
      <w:pPr>
        <w:rPr>
          <w:rFonts w:ascii="Aptos" w:hAnsi="Aptos"/>
          <w:lang w:val="de-DE"/>
        </w:rPr>
      </w:pPr>
      <w:r w:rsidRPr="00CB32C5">
        <w:rPr>
          <w:rFonts w:ascii="Aptos" w:hAnsi="Aptos"/>
          <w:lang w:val="de-DE"/>
        </w:rPr>
        <w:t>Themenfeldwert = Summe der gültigen Bewertungen ÷ Anzahl der gültigen Bewertungen. Der Wert liegt zwischen 0 und 4.</w:t>
      </w:r>
    </w:p>
    <w:p w14:paraId="2CCE307A" w14:textId="77777777" w:rsidR="00EF4724" w:rsidRPr="00CB32C5" w:rsidRDefault="00000000">
      <w:pPr>
        <w:rPr>
          <w:rFonts w:ascii="Aptos" w:hAnsi="Aptos"/>
          <w:lang w:val="de-DE"/>
        </w:rPr>
      </w:pPr>
      <w:r w:rsidRPr="00CB32C5">
        <w:rPr>
          <w:rFonts w:ascii="Aptos" w:hAnsi="Aptos"/>
          <w:lang w:val="de-DE"/>
        </w:rPr>
        <w:t>Beispiel: A1 bis A5 = 3, 2, 4, W, 3. Der Themenfeldwert beträgt 12 ÷ 4 = 3,0. Der entsprechende Index ist 3,0 ÷ 4 × 100 = 75 von 100 Punkten.</w:t>
      </w:r>
    </w:p>
    <w:p w14:paraId="7D267F93" w14:textId="77777777" w:rsidR="00EF4724" w:rsidRPr="00CB32C5" w:rsidRDefault="00000000">
      <w:pPr>
        <w:rPr>
          <w:rFonts w:ascii="Aptos" w:hAnsi="Aptos"/>
          <w:lang w:val="de-DE"/>
        </w:rPr>
      </w:pPr>
      <w:r w:rsidRPr="00CB32C5">
        <w:rPr>
          <w:rFonts w:ascii="Aptos" w:hAnsi="Aptos"/>
          <w:lang w:val="de-DE"/>
        </w:rPr>
        <w:t>Ein Gesamtwert wird nur berechnet, wenn alle zehn Themenfelder ausreichend beurteilbar sind. Er ist der Durchschnitt der zehn Themenfeldwerte; alle Themenfelder zählen gleich viel. Gesamtindex = Gesamtwert ÷ 4 × 100. Der Index ist eine Skala, kein Prozentsatz erfüllter Anforderungen.</w:t>
      </w:r>
    </w:p>
    <w:p w14:paraId="48F920A4" w14:textId="77777777" w:rsidR="00EF4724" w:rsidRPr="00CB32C5" w:rsidRDefault="00000000">
      <w:pPr>
        <w:rPr>
          <w:rFonts w:ascii="Aptos" w:hAnsi="Aptos"/>
        </w:rPr>
      </w:pPr>
      <w:r w:rsidRPr="00CB32C5">
        <w:rPr>
          <w:rFonts w:ascii="Aptos" w:hAnsi="Aptos"/>
          <w:lang w:val="de-DE"/>
        </w:rPr>
        <w:t xml:space="preserve">Berechnen Sie mit ungerundeten Zwischenwerten. Geben Sie den Wert von 0 bis 4 mit einer Nachkommastelle und den Index als ganze Zahl aus. </w:t>
      </w:r>
      <w:r w:rsidRPr="00CB32C5">
        <w:rPr>
          <w:rFonts w:ascii="Aptos" w:hAnsi="Aptos"/>
        </w:rPr>
        <w:t xml:space="preserve">Die </w:t>
      </w:r>
      <w:proofErr w:type="spellStart"/>
      <w:r w:rsidRPr="00CB32C5">
        <w:rPr>
          <w:rFonts w:ascii="Aptos" w:hAnsi="Aptos"/>
        </w:rPr>
        <w:t>folgende</w:t>
      </w:r>
      <w:proofErr w:type="spellEnd"/>
      <w:r w:rsidRPr="00CB32C5">
        <w:rPr>
          <w:rFonts w:ascii="Aptos" w:hAnsi="Aptos"/>
        </w:rPr>
        <w:t xml:space="preserve"> </w:t>
      </w:r>
      <w:proofErr w:type="spellStart"/>
      <w:r w:rsidRPr="00CB32C5">
        <w:rPr>
          <w:rFonts w:ascii="Aptos" w:hAnsi="Aptos"/>
        </w:rPr>
        <w:t>Einordnung</w:t>
      </w:r>
      <w:proofErr w:type="spellEnd"/>
      <w:r w:rsidRPr="00CB32C5">
        <w:rPr>
          <w:rFonts w:ascii="Aptos" w:hAnsi="Aptos"/>
        </w:rPr>
        <w:t xml:space="preserve"> </w:t>
      </w:r>
      <w:proofErr w:type="spellStart"/>
      <w:r w:rsidRPr="00CB32C5">
        <w:rPr>
          <w:rFonts w:ascii="Aptos" w:hAnsi="Aptos"/>
        </w:rPr>
        <w:t>bezieht</w:t>
      </w:r>
      <w:proofErr w:type="spellEnd"/>
      <w:r w:rsidRPr="00CB32C5">
        <w:rPr>
          <w:rFonts w:ascii="Aptos" w:hAnsi="Aptos"/>
        </w:rPr>
        <w:t xml:space="preserve"> </w:t>
      </w:r>
      <w:proofErr w:type="spellStart"/>
      <w:r w:rsidRPr="00CB32C5">
        <w:rPr>
          <w:rFonts w:ascii="Aptos" w:hAnsi="Aptos"/>
        </w:rPr>
        <w:t>sich</w:t>
      </w:r>
      <w:proofErr w:type="spellEnd"/>
      <w:r w:rsidRPr="00CB32C5">
        <w:rPr>
          <w:rFonts w:ascii="Aptos" w:hAnsi="Aptos"/>
        </w:rPr>
        <w:t xml:space="preserve"> auf den gerundeten Index.</w:t>
      </w:r>
    </w:p>
    <w:tbl>
      <w:tblPr>
        <w:tblW w:w="0" w:type="auto"/>
        <w:jc w:val="center"/>
        <w:tblLayout w:type="fixed"/>
        <w:tblLook w:val="04A0" w:firstRow="1" w:lastRow="0" w:firstColumn="1" w:lastColumn="0" w:noHBand="0" w:noVBand="1"/>
      </w:tblPr>
      <w:tblGrid>
        <w:gridCol w:w="1008"/>
        <w:gridCol w:w="2520"/>
        <w:gridCol w:w="6552"/>
      </w:tblGrid>
      <w:tr w:rsidR="00EF4724" w:rsidRPr="00CB32C5" w14:paraId="31CD3092" w14:textId="77777777">
        <w:trPr>
          <w:cantSplit/>
          <w:tblHeader/>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173C55"/>
            <w:tcMar>
              <w:top w:w="80" w:type="dxa"/>
              <w:left w:w="100" w:type="dxa"/>
              <w:bottom w:w="80" w:type="dxa"/>
              <w:right w:w="100" w:type="dxa"/>
            </w:tcMar>
            <w:vAlign w:val="center"/>
          </w:tcPr>
          <w:p w14:paraId="1865FF55" w14:textId="77777777" w:rsidR="00EF4724" w:rsidRPr="00CB32C5" w:rsidRDefault="00000000">
            <w:pPr>
              <w:spacing w:after="0" w:line="250" w:lineRule="auto"/>
              <w:rPr>
                <w:rFonts w:ascii="Aptos" w:hAnsi="Aptos"/>
              </w:rPr>
            </w:pPr>
            <w:r w:rsidRPr="00CB32C5">
              <w:rPr>
                <w:rFonts w:ascii="Aptos" w:hAnsi="Aptos"/>
                <w:b/>
                <w:color w:val="FFFFFF"/>
                <w:sz w:val="20"/>
              </w:rPr>
              <w:t>Index</w:t>
            </w:r>
          </w:p>
        </w:tc>
        <w:tc>
          <w:tcPr>
            <w:tcW w:w="2520" w:type="dxa"/>
            <w:tcBorders>
              <w:top w:val="single" w:sz="4" w:space="0" w:color="D9D9D9"/>
              <w:left w:val="single" w:sz="4" w:space="0" w:color="D9D9D9"/>
              <w:bottom w:val="single" w:sz="4" w:space="0" w:color="D9D9D9"/>
              <w:right w:val="single" w:sz="4" w:space="0" w:color="D9D9D9"/>
            </w:tcBorders>
            <w:shd w:val="clear" w:color="auto" w:fill="173C55"/>
            <w:tcMar>
              <w:top w:w="80" w:type="dxa"/>
              <w:left w:w="100" w:type="dxa"/>
              <w:bottom w:w="80" w:type="dxa"/>
              <w:right w:w="100" w:type="dxa"/>
            </w:tcMar>
            <w:vAlign w:val="center"/>
          </w:tcPr>
          <w:p w14:paraId="1C012BDC" w14:textId="77777777" w:rsidR="00EF4724" w:rsidRPr="00CB32C5" w:rsidRDefault="00000000">
            <w:pPr>
              <w:spacing w:after="0" w:line="250" w:lineRule="auto"/>
              <w:rPr>
                <w:rFonts w:ascii="Aptos" w:hAnsi="Aptos"/>
              </w:rPr>
            </w:pPr>
            <w:r w:rsidRPr="00CB32C5">
              <w:rPr>
                <w:rFonts w:ascii="Aptos" w:hAnsi="Aptos"/>
                <w:b/>
                <w:color w:val="FFFFFF"/>
                <w:sz w:val="20"/>
              </w:rPr>
              <w:t>Arbeitsbegriff</w:t>
            </w:r>
          </w:p>
        </w:tc>
        <w:tc>
          <w:tcPr>
            <w:tcW w:w="6552" w:type="dxa"/>
            <w:tcBorders>
              <w:top w:val="single" w:sz="4" w:space="0" w:color="D9D9D9"/>
              <w:left w:val="single" w:sz="4" w:space="0" w:color="D9D9D9"/>
              <w:bottom w:val="single" w:sz="4" w:space="0" w:color="D9D9D9"/>
              <w:right w:val="single" w:sz="4" w:space="0" w:color="D9D9D9"/>
            </w:tcBorders>
            <w:shd w:val="clear" w:color="auto" w:fill="173C55"/>
            <w:tcMar>
              <w:top w:w="80" w:type="dxa"/>
              <w:left w:w="100" w:type="dxa"/>
              <w:bottom w:w="80" w:type="dxa"/>
              <w:right w:w="100" w:type="dxa"/>
            </w:tcMar>
            <w:vAlign w:val="center"/>
          </w:tcPr>
          <w:p w14:paraId="73FC5170" w14:textId="77777777" w:rsidR="00EF4724" w:rsidRPr="00CB32C5" w:rsidRDefault="00000000">
            <w:pPr>
              <w:spacing w:after="0" w:line="250" w:lineRule="auto"/>
              <w:rPr>
                <w:rFonts w:ascii="Aptos" w:hAnsi="Aptos"/>
              </w:rPr>
            </w:pPr>
            <w:r w:rsidRPr="00CB32C5">
              <w:rPr>
                <w:rFonts w:ascii="Aptos" w:hAnsi="Aptos"/>
                <w:b/>
                <w:color w:val="FFFFFF"/>
                <w:sz w:val="20"/>
              </w:rPr>
              <w:t>Einordnung für das Gespräch</w:t>
            </w:r>
          </w:p>
        </w:tc>
      </w:tr>
      <w:tr w:rsidR="00EF4724" w:rsidRPr="00CB32C5" w14:paraId="11704EA5"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27CD26AF" w14:textId="77777777" w:rsidR="00EF4724" w:rsidRPr="00CB32C5" w:rsidRDefault="00000000">
            <w:pPr>
              <w:spacing w:after="0" w:line="250" w:lineRule="auto"/>
              <w:rPr>
                <w:rFonts w:ascii="Aptos" w:hAnsi="Aptos"/>
              </w:rPr>
            </w:pPr>
            <w:r w:rsidRPr="00CB32C5">
              <w:rPr>
                <w:rFonts w:ascii="Aptos" w:hAnsi="Aptos"/>
                <w:sz w:val="20"/>
              </w:rPr>
              <w:t>0–24</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0451D2A8" w14:textId="77777777" w:rsidR="00EF4724" w:rsidRPr="00CB32C5" w:rsidRDefault="00000000">
            <w:pPr>
              <w:spacing w:after="0" w:line="250" w:lineRule="auto"/>
              <w:rPr>
                <w:rFonts w:ascii="Aptos" w:hAnsi="Aptos"/>
              </w:rPr>
            </w:pPr>
            <w:r w:rsidRPr="00CB32C5">
              <w:rPr>
                <w:rFonts w:ascii="Aptos" w:hAnsi="Aptos"/>
                <w:sz w:val="20"/>
              </w:rPr>
              <w:t>Grundlagen schaffen</w:t>
            </w:r>
          </w:p>
        </w:tc>
        <w:tc>
          <w:tcPr>
            <w:tcW w:w="6552"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520B2AA8" w14:textId="77777777" w:rsidR="00EF4724" w:rsidRPr="00CB32C5" w:rsidRDefault="00000000">
            <w:pPr>
              <w:spacing w:after="0" w:line="250" w:lineRule="auto"/>
              <w:rPr>
                <w:rFonts w:ascii="Aptos" w:hAnsi="Aptos"/>
                <w:lang w:val="de-DE"/>
              </w:rPr>
            </w:pPr>
            <w:r w:rsidRPr="00CB32C5">
              <w:rPr>
                <w:rFonts w:ascii="Aptos" w:hAnsi="Aptos"/>
                <w:sz w:val="20"/>
                <w:lang w:val="de-DE"/>
              </w:rPr>
              <w:t>Fähigkeiten fehlen weitgehend oder bestehen nur vereinzelt.</w:t>
            </w:r>
          </w:p>
        </w:tc>
      </w:tr>
      <w:tr w:rsidR="00EF4724" w:rsidRPr="00CB32C5" w14:paraId="7C124D2A"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1C85BABA" w14:textId="77777777" w:rsidR="00EF4724" w:rsidRPr="00CB32C5" w:rsidRDefault="00000000">
            <w:pPr>
              <w:spacing w:after="0" w:line="250" w:lineRule="auto"/>
              <w:rPr>
                <w:rFonts w:ascii="Aptos" w:hAnsi="Aptos"/>
              </w:rPr>
            </w:pPr>
            <w:r w:rsidRPr="00CB32C5">
              <w:rPr>
                <w:rFonts w:ascii="Aptos" w:hAnsi="Aptos"/>
                <w:sz w:val="20"/>
              </w:rPr>
              <w:t>25–49</w:t>
            </w:r>
          </w:p>
        </w:tc>
        <w:tc>
          <w:tcPr>
            <w:tcW w:w="2520"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5159408B" w14:textId="77777777" w:rsidR="00EF4724" w:rsidRPr="00CB32C5" w:rsidRDefault="00000000">
            <w:pPr>
              <w:spacing w:after="0" w:line="250" w:lineRule="auto"/>
              <w:rPr>
                <w:rFonts w:ascii="Aptos" w:hAnsi="Aptos"/>
              </w:rPr>
            </w:pPr>
            <w:r w:rsidRPr="00CB32C5">
              <w:rPr>
                <w:rFonts w:ascii="Aptos" w:hAnsi="Aptos"/>
                <w:sz w:val="20"/>
              </w:rPr>
              <w:t>Strukturen aufbauen</w:t>
            </w:r>
          </w:p>
        </w:tc>
        <w:tc>
          <w:tcPr>
            <w:tcW w:w="6552"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680DFF91" w14:textId="77777777" w:rsidR="00EF4724" w:rsidRPr="00CB32C5" w:rsidRDefault="00000000">
            <w:pPr>
              <w:spacing w:after="0" w:line="250" w:lineRule="auto"/>
              <w:rPr>
                <w:rFonts w:ascii="Aptos" w:hAnsi="Aptos"/>
                <w:lang w:val="de-DE"/>
              </w:rPr>
            </w:pPr>
            <w:r w:rsidRPr="00CB32C5">
              <w:rPr>
                <w:rFonts w:ascii="Aptos" w:hAnsi="Aptos"/>
                <w:sz w:val="20"/>
                <w:lang w:val="de-DE"/>
              </w:rPr>
              <w:t>Erste Ansätze sind vorhanden, wesentliche Lücken bleiben.</w:t>
            </w:r>
          </w:p>
        </w:tc>
      </w:tr>
      <w:tr w:rsidR="00EF4724" w:rsidRPr="00CB32C5" w14:paraId="3BE348FF"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65274F3F" w14:textId="77777777" w:rsidR="00EF4724" w:rsidRPr="00CB32C5" w:rsidRDefault="00000000">
            <w:pPr>
              <w:spacing w:after="0" w:line="250" w:lineRule="auto"/>
              <w:rPr>
                <w:rFonts w:ascii="Aptos" w:hAnsi="Aptos"/>
              </w:rPr>
            </w:pPr>
            <w:r w:rsidRPr="00CB32C5">
              <w:rPr>
                <w:rFonts w:ascii="Aptos" w:hAnsi="Aptos"/>
                <w:sz w:val="20"/>
              </w:rPr>
              <w:t>50–74</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301821FE" w14:textId="77777777" w:rsidR="00EF4724" w:rsidRPr="00CB32C5" w:rsidRDefault="00000000">
            <w:pPr>
              <w:spacing w:after="0" w:line="250" w:lineRule="auto"/>
              <w:rPr>
                <w:rFonts w:ascii="Aptos" w:hAnsi="Aptos"/>
              </w:rPr>
            </w:pPr>
            <w:r w:rsidRPr="00CB32C5">
              <w:rPr>
                <w:rFonts w:ascii="Aptos" w:hAnsi="Aptos"/>
                <w:sz w:val="20"/>
              </w:rPr>
              <w:t>Verlässlich verankern</w:t>
            </w:r>
          </w:p>
        </w:tc>
        <w:tc>
          <w:tcPr>
            <w:tcW w:w="6552"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28DCDBA6" w14:textId="77777777" w:rsidR="00EF4724" w:rsidRPr="00CB32C5" w:rsidRDefault="00000000">
            <w:pPr>
              <w:spacing w:after="0" w:line="250" w:lineRule="auto"/>
              <w:rPr>
                <w:rFonts w:ascii="Aptos" w:hAnsi="Aptos"/>
                <w:lang w:val="de-DE"/>
              </w:rPr>
            </w:pPr>
            <w:r w:rsidRPr="00CB32C5">
              <w:rPr>
                <w:rFonts w:ascii="Aptos" w:hAnsi="Aptos"/>
                <w:sz w:val="20"/>
                <w:lang w:val="de-DE"/>
              </w:rPr>
              <w:t>Vieles ist umgesetzt; Durchgängigkeit und Anwendung prüfen.</w:t>
            </w:r>
          </w:p>
        </w:tc>
      </w:tr>
      <w:tr w:rsidR="00EF4724" w:rsidRPr="00CB32C5" w14:paraId="192F3A2B"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19742260" w14:textId="77777777" w:rsidR="00EF4724" w:rsidRPr="00CB32C5" w:rsidRDefault="00000000">
            <w:pPr>
              <w:spacing w:after="0" w:line="250" w:lineRule="auto"/>
              <w:rPr>
                <w:rFonts w:ascii="Aptos" w:hAnsi="Aptos"/>
              </w:rPr>
            </w:pPr>
            <w:r w:rsidRPr="00CB32C5">
              <w:rPr>
                <w:rFonts w:ascii="Aptos" w:hAnsi="Aptos"/>
                <w:sz w:val="20"/>
              </w:rPr>
              <w:t>75–100</w:t>
            </w:r>
          </w:p>
        </w:tc>
        <w:tc>
          <w:tcPr>
            <w:tcW w:w="2520"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17577825" w14:textId="77777777" w:rsidR="00EF4724" w:rsidRPr="00CB32C5" w:rsidRDefault="00000000">
            <w:pPr>
              <w:spacing w:after="0" w:line="250" w:lineRule="auto"/>
              <w:rPr>
                <w:rFonts w:ascii="Aptos" w:hAnsi="Aptos"/>
              </w:rPr>
            </w:pPr>
            <w:r w:rsidRPr="00CB32C5">
              <w:rPr>
                <w:rFonts w:ascii="Aptos" w:hAnsi="Aptos"/>
                <w:sz w:val="20"/>
              </w:rPr>
              <w:t>Gezielt weiterentwickeln</w:t>
            </w:r>
          </w:p>
        </w:tc>
        <w:tc>
          <w:tcPr>
            <w:tcW w:w="6552"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11A8F0EC" w14:textId="77777777" w:rsidR="00EF4724" w:rsidRPr="00CB32C5" w:rsidRDefault="00000000">
            <w:pPr>
              <w:spacing w:after="0" w:line="250" w:lineRule="auto"/>
              <w:rPr>
                <w:rFonts w:ascii="Aptos" w:hAnsi="Aptos"/>
                <w:lang w:val="de-DE"/>
              </w:rPr>
            </w:pPr>
            <w:r w:rsidRPr="00CB32C5">
              <w:rPr>
                <w:rFonts w:ascii="Aptos" w:hAnsi="Aptos"/>
                <w:sz w:val="20"/>
                <w:lang w:val="de-DE"/>
              </w:rPr>
              <w:t>Viele Fähigkeiten sind verankert; Engpässe und Wirkung prüfen.</w:t>
            </w:r>
          </w:p>
        </w:tc>
      </w:tr>
    </w:tbl>
    <w:p w14:paraId="43D75272" w14:textId="77777777" w:rsidR="00EF4724" w:rsidRPr="00CB32C5" w:rsidRDefault="00EF4724">
      <w:pPr>
        <w:spacing w:after="0"/>
        <w:rPr>
          <w:rFonts w:ascii="Aptos" w:hAnsi="Aptos"/>
          <w:lang w:val="de-DE"/>
        </w:rPr>
      </w:pPr>
    </w:p>
    <w:p w14:paraId="3682BC8D" w14:textId="77777777" w:rsidR="00EF4724" w:rsidRPr="00CB32C5" w:rsidRDefault="00000000">
      <w:pPr>
        <w:rPr>
          <w:rFonts w:ascii="Aptos" w:hAnsi="Aptos"/>
          <w:lang w:val="de-DE"/>
        </w:rPr>
      </w:pPr>
      <w:r w:rsidRPr="00CB32C5">
        <w:rPr>
          <w:rFonts w:ascii="Aptos" w:hAnsi="Aptos"/>
          <w:lang w:val="de-DE"/>
        </w:rPr>
        <w:t>Diese Bereiche sind pragmatisch gesetzte Gesprächshilfen. Ein hoher Gesamtwert kann eine kritische Schwachstelle nicht ausgleichen. Beispielsweise erfordern eine ungeklärte Wiederherstellbarkeit oder unklare Zugriffsrechte eine separate Prüfung.</w:t>
      </w:r>
    </w:p>
    <w:p w14:paraId="50883E98" w14:textId="77777777" w:rsidR="00EF4724" w:rsidRPr="00DB5CD5" w:rsidRDefault="00000000">
      <w:pPr>
        <w:pStyle w:val="berschrift2"/>
        <w:rPr>
          <w:rFonts w:ascii="Aptos" w:hAnsi="Aptos"/>
          <w:color w:val="00A19C"/>
          <w:sz w:val="22"/>
          <w:szCs w:val="22"/>
        </w:rPr>
      </w:pPr>
      <w:r w:rsidRPr="00DB5CD5">
        <w:rPr>
          <w:rFonts w:ascii="Aptos" w:hAnsi="Aptos"/>
          <w:color w:val="00A19C"/>
          <w:sz w:val="22"/>
          <w:szCs w:val="22"/>
        </w:rPr>
        <w:t>3  Perspektiven vergleichen</w:t>
      </w:r>
    </w:p>
    <w:p w14:paraId="15D6311A" w14:textId="77777777" w:rsidR="00EF4724" w:rsidRPr="00CB32C5" w:rsidRDefault="00000000">
      <w:pPr>
        <w:rPr>
          <w:rFonts w:ascii="Aptos" w:hAnsi="Aptos"/>
          <w:lang w:val="de-DE"/>
        </w:rPr>
      </w:pPr>
      <w:r w:rsidRPr="00CB32C5">
        <w:rPr>
          <w:rFonts w:ascii="Aptos" w:hAnsi="Aptos"/>
          <w:lang w:val="de-DE"/>
        </w:rPr>
        <w:t>Werten Sie Geschäftsführung, Fachbereiche und IT zunächst getrennt aus. Vergleichen Sie die Themenfeldwerte und nennen Sie je Gruppe die Zahl der gültigen Bögen sowie die Spanne der Werte. Ein möglicher Gruppenwert ist der Durchschnitt der ausreichend beurteilbaren Einzelwerte dieses Themenfelds.</w:t>
      </w:r>
    </w:p>
    <w:p w14:paraId="3DDBB800" w14:textId="164AA6AC" w:rsidR="00EF4724" w:rsidRPr="00DB5CD5" w:rsidRDefault="00000000" w:rsidP="00CB32C5">
      <w:pPr>
        <w:rPr>
          <w:rFonts w:ascii="Aptos" w:eastAsiaTheme="majorEastAsia" w:hAnsi="Aptos" w:cstheme="majorBidi"/>
          <w:b/>
          <w:bCs/>
          <w:color w:val="00A19C"/>
        </w:rPr>
      </w:pPr>
      <w:r w:rsidRPr="00CB32C5">
        <w:rPr>
          <w:rFonts w:ascii="Aptos" w:hAnsi="Aptos"/>
          <w:lang w:val="de-DE"/>
        </w:rPr>
        <w:t>Besprechen Sie insbesondere Abweichungen von mindestens 1,0 Punkt auf der Skala von 0 bis 4. Das ist eine gesetzte Gesprächsschwelle, kein statistischer Nachweis. Viele W-Antworten können auf fehlende Transparenz oder einen unpassenden Befragungskreis hinweisen.</w:t>
      </w:r>
      <w:r w:rsidR="00CB32C5">
        <w:rPr>
          <w:rFonts w:ascii="Aptos" w:hAnsi="Aptos"/>
          <w:lang w:val="de-DE"/>
        </w:rPr>
        <w:br/>
      </w:r>
      <w:r w:rsidR="00CB32C5">
        <w:rPr>
          <w:rFonts w:ascii="Aptos" w:hAnsi="Aptos"/>
          <w:lang w:val="de-DE"/>
        </w:rPr>
        <w:br/>
      </w:r>
      <w:r w:rsidRPr="00DB5CD5">
        <w:rPr>
          <w:rFonts w:ascii="Aptos" w:eastAsiaTheme="majorEastAsia" w:hAnsi="Aptos" w:cstheme="majorBidi"/>
          <w:b/>
          <w:bCs/>
          <w:color w:val="00A19C"/>
        </w:rPr>
        <w:t>Ergebnisprofil und Handlungsbedarf</w:t>
      </w:r>
    </w:p>
    <w:p w14:paraId="312EB211" w14:textId="77777777" w:rsidR="00EF4724" w:rsidRPr="00CB32C5" w:rsidRDefault="00000000">
      <w:pPr>
        <w:rPr>
          <w:rFonts w:ascii="Aptos" w:hAnsi="Aptos"/>
          <w:lang w:val="de-DE"/>
        </w:rPr>
      </w:pPr>
      <w:r w:rsidRPr="00CB32C5">
        <w:rPr>
          <w:rFonts w:ascii="Aptos" w:hAnsi="Aptos"/>
          <w:lang w:val="de-DE"/>
        </w:rPr>
        <w:t>Kennzeichnen Sie die Auswertungsebene. Dokumentieren Sie bei Gruppen zusätzlich die Anzahl und Spanne der gültigen Werte pro Themenfeld.</w:t>
      </w:r>
    </w:p>
    <w:p w14:paraId="6771F663" w14:textId="77777777" w:rsidR="00EF4724" w:rsidRPr="00CB32C5" w:rsidRDefault="00000000">
      <w:pPr>
        <w:rPr>
          <w:rFonts w:ascii="Aptos" w:hAnsi="Aptos"/>
          <w:lang w:val="de-DE"/>
        </w:rPr>
      </w:pPr>
      <w:r w:rsidRPr="00CB32C5">
        <w:rPr>
          <w:rFonts w:ascii="Aptos" w:hAnsi="Aptos"/>
          <w:lang w:val="de-DE"/>
        </w:rPr>
        <w:lastRenderedPageBreak/>
        <w:t>Auswertung für: _______________________________   Datum: _____________________</w:t>
      </w:r>
    </w:p>
    <w:p w14:paraId="1A06275B" w14:textId="5E455551" w:rsidR="00EF4724" w:rsidRPr="00CB32C5" w:rsidRDefault="00000000">
      <w:pPr>
        <w:rPr>
          <w:rFonts w:ascii="Aptos" w:hAnsi="Aptos"/>
          <w:lang w:val="de-DE"/>
        </w:rPr>
      </w:pPr>
      <w:r w:rsidRPr="00CB32C5">
        <w:rPr>
          <w:rFonts w:ascii="Aptos" w:hAnsi="Aptos"/>
          <w:lang w:val="de-DE"/>
        </w:rPr>
        <w:t xml:space="preserve">Ebene: </w:t>
      </w:r>
      <w:sdt>
        <w:sdtPr>
          <w:rPr>
            <w:rFonts w:ascii="Aptos" w:hAnsi="Aptos"/>
            <w:sz w:val="20"/>
            <w:lang w:val="de-DE"/>
          </w:rPr>
          <w:id w:val="1616245348"/>
          <w14:checkbox>
            <w14:checked w14:val="0"/>
            <w14:checkedState w14:val="2612" w14:font="MS Gothic"/>
            <w14:uncheckedState w14:val="2610" w14:font="MS Gothic"/>
          </w14:checkbox>
        </w:sdtPr>
        <w:sdtContent>
          <w:r w:rsidR="00EB01BB" w:rsidRPr="00CB32C5">
            <w:rPr>
              <w:rFonts w:ascii="Aptos" w:eastAsia="MS Gothic" w:hAnsi="Aptos"/>
              <w:sz w:val="20"/>
              <w:lang w:val="de-DE"/>
            </w:rPr>
            <w:t>☐</w:t>
          </w:r>
        </w:sdtContent>
      </w:sdt>
      <w:r w:rsidRPr="00CB32C5">
        <w:rPr>
          <w:rFonts w:ascii="Aptos" w:hAnsi="Aptos"/>
          <w:lang w:val="de-DE"/>
        </w:rPr>
        <w:t xml:space="preserve"> Einzelbogen   </w:t>
      </w:r>
      <w:sdt>
        <w:sdtPr>
          <w:rPr>
            <w:rFonts w:ascii="Aptos" w:hAnsi="Aptos"/>
            <w:sz w:val="20"/>
            <w:lang w:val="de-DE"/>
          </w:rPr>
          <w:id w:val="-1456946257"/>
          <w14:checkbox>
            <w14:checked w14:val="0"/>
            <w14:checkedState w14:val="2612" w14:font="MS Gothic"/>
            <w14:uncheckedState w14:val="2610" w14:font="MS Gothic"/>
          </w14:checkbox>
        </w:sdtPr>
        <w:sdtContent>
          <w:r w:rsidR="00EB01BB" w:rsidRPr="00CB32C5">
            <w:rPr>
              <w:rFonts w:ascii="Aptos" w:eastAsia="MS Gothic" w:hAnsi="Aptos"/>
              <w:sz w:val="20"/>
              <w:lang w:val="de-DE"/>
            </w:rPr>
            <w:t>☐</w:t>
          </w:r>
        </w:sdtContent>
      </w:sdt>
      <w:r w:rsidRPr="00CB32C5">
        <w:rPr>
          <w:rFonts w:ascii="Aptos" w:hAnsi="Aptos"/>
          <w:lang w:val="de-DE"/>
        </w:rPr>
        <w:t xml:space="preserve"> Gruppe __________________   </w:t>
      </w:r>
      <w:sdt>
        <w:sdtPr>
          <w:rPr>
            <w:rFonts w:ascii="Aptos" w:hAnsi="Aptos"/>
            <w:sz w:val="20"/>
            <w:lang w:val="de-DE"/>
          </w:rPr>
          <w:id w:val="-159397876"/>
          <w14:checkbox>
            <w14:checked w14:val="0"/>
            <w14:checkedState w14:val="2612" w14:font="MS Gothic"/>
            <w14:uncheckedState w14:val="2610" w14:font="MS Gothic"/>
          </w14:checkbox>
        </w:sdtPr>
        <w:sdtContent>
          <w:r w:rsidR="00EB01BB" w:rsidRPr="00CB32C5">
            <w:rPr>
              <w:rFonts w:ascii="Aptos" w:eastAsia="MS Gothic" w:hAnsi="Aptos"/>
              <w:sz w:val="20"/>
              <w:lang w:val="de-DE"/>
            </w:rPr>
            <w:t>☐</w:t>
          </w:r>
        </w:sdtContent>
      </w:sdt>
      <w:r w:rsidRPr="00CB32C5">
        <w:rPr>
          <w:rFonts w:ascii="Aptos" w:hAnsi="Aptos"/>
          <w:lang w:val="de-DE"/>
        </w:rPr>
        <w:t xml:space="preserve"> Gesamtunternehmen</w:t>
      </w:r>
    </w:p>
    <w:tbl>
      <w:tblPr>
        <w:tblW w:w="0" w:type="auto"/>
        <w:jc w:val="center"/>
        <w:tblLayout w:type="fixed"/>
        <w:tblLook w:val="04A0" w:firstRow="1" w:lastRow="0" w:firstColumn="1" w:lastColumn="0" w:noHBand="0" w:noVBand="1"/>
      </w:tblPr>
      <w:tblGrid>
        <w:gridCol w:w="5904"/>
        <w:gridCol w:w="1152"/>
        <w:gridCol w:w="1584"/>
        <w:gridCol w:w="1440"/>
      </w:tblGrid>
      <w:tr w:rsidR="00EF4724" w:rsidRPr="00CB32C5" w14:paraId="63E4D777" w14:textId="77777777">
        <w:trPr>
          <w:cantSplit/>
          <w:tblHeader/>
          <w:jc w:val="center"/>
        </w:trPr>
        <w:tc>
          <w:tcPr>
            <w:tcW w:w="5904" w:type="dxa"/>
            <w:tcBorders>
              <w:top w:val="single" w:sz="4" w:space="0" w:color="D9D9D9"/>
              <w:left w:val="single" w:sz="4" w:space="0" w:color="D9D9D9"/>
              <w:bottom w:val="single" w:sz="4" w:space="0" w:color="D9D9D9"/>
              <w:right w:val="single" w:sz="4" w:space="0" w:color="D9D9D9"/>
            </w:tcBorders>
            <w:shd w:val="clear" w:color="auto" w:fill="173C55"/>
            <w:tcMar>
              <w:top w:w="80" w:type="dxa"/>
              <w:left w:w="100" w:type="dxa"/>
              <w:bottom w:w="80" w:type="dxa"/>
              <w:right w:w="100" w:type="dxa"/>
            </w:tcMar>
            <w:vAlign w:val="center"/>
          </w:tcPr>
          <w:p w14:paraId="79209D68" w14:textId="77777777" w:rsidR="00EF4724" w:rsidRPr="00CB32C5" w:rsidRDefault="00000000">
            <w:pPr>
              <w:spacing w:after="0" w:line="250" w:lineRule="auto"/>
              <w:rPr>
                <w:rFonts w:ascii="Aptos" w:hAnsi="Aptos"/>
              </w:rPr>
            </w:pPr>
            <w:proofErr w:type="spellStart"/>
            <w:r w:rsidRPr="00CB32C5">
              <w:rPr>
                <w:rFonts w:ascii="Aptos" w:hAnsi="Aptos"/>
                <w:b/>
                <w:color w:val="FFFFFF"/>
                <w:sz w:val="20"/>
              </w:rPr>
              <w:t>Themenfeld</w:t>
            </w:r>
            <w:proofErr w:type="spellEnd"/>
          </w:p>
        </w:tc>
        <w:tc>
          <w:tcPr>
            <w:tcW w:w="1152" w:type="dxa"/>
            <w:tcBorders>
              <w:top w:val="single" w:sz="4" w:space="0" w:color="D9D9D9"/>
              <w:left w:val="single" w:sz="4" w:space="0" w:color="D9D9D9"/>
              <w:bottom w:val="single" w:sz="4" w:space="0" w:color="D9D9D9"/>
              <w:right w:val="single" w:sz="4" w:space="0" w:color="D9D9D9"/>
            </w:tcBorders>
            <w:shd w:val="clear" w:color="auto" w:fill="173C55"/>
            <w:tcMar>
              <w:top w:w="80" w:type="dxa"/>
              <w:left w:w="100" w:type="dxa"/>
              <w:bottom w:w="80" w:type="dxa"/>
              <w:right w:w="100" w:type="dxa"/>
            </w:tcMar>
            <w:vAlign w:val="center"/>
          </w:tcPr>
          <w:p w14:paraId="73438654" w14:textId="77777777" w:rsidR="00EF4724" w:rsidRPr="00CB32C5" w:rsidRDefault="00000000">
            <w:pPr>
              <w:spacing w:after="0" w:line="250" w:lineRule="auto"/>
              <w:jc w:val="center"/>
              <w:rPr>
                <w:rFonts w:ascii="Aptos" w:hAnsi="Aptos"/>
              </w:rPr>
            </w:pPr>
            <w:r w:rsidRPr="00CB32C5">
              <w:rPr>
                <w:rFonts w:ascii="Aptos" w:hAnsi="Aptos"/>
                <w:b/>
                <w:color w:val="FFFFFF"/>
                <w:sz w:val="20"/>
              </w:rPr>
              <w:t>Wert</w:t>
            </w:r>
            <w:r w:rsidRPr="00CB32C5">
              <w:rPr>
                <w:rFonts w:ascii="Aptos" w:hAnsi="Aptos"/>
                <w:b/>
                <w:color w:val="FFFFFF"/>
                <w:sz w:val="20"/>
              </w:rPr>
              <w:br/>
              <w:t>0 bis 4</w:t>
            </w:r>
          </w:p>
        </w:tc>
        <w:tc>
          <w:tcPr>
            <w:tcW w:w="1584" w:type="dxa"/>
            <w:tcBorders>
              <w:top w:val="single" w:sz="4" w:space="0" w:color="D9D9D9"/>
              <w:left w:val="single" w:sz="4" w:space="0" w:color="D9D9D9"/>
              <w:bottom w:val="single" w:sz="4" w:space="0" w:color="D9D9D9"/>
              <w:right w:val="single" w:sz="4" w:space="0" w:color="D9D9D9"/>
            </w:tcBorders>
            <w:shd w:val="clear" w:color="auto" w:fill="173C55"/>
            <w:tcMar>
              <w:top w:w="80" w:type="dxa"/>
              <w:left w:w="100" w:type="dxa"/>
              <w:bottom w:w="80" w:type="dxa"/>
              <w:right w:w="100" w:type="dxa"/>
            </w:tcMar>
            <w:vAlign w:val="center"/>
          </w:tcPr>
          <w:p w14:paraId="008545EC" w14:textId="77777777" w:rsidR="00EF4724" w:rsidRPr="00CB32C5" w:rsidRDefault="00000000">
            <w:pPr>
              <w:spacing w:after="0" w:line="250" w:lineRule="auto"/>
              <w:jc w:val="center"/>
              <w:rPr>
                <w:rFonts w:ascii="Aptos" w:hAnsi="Aptos"/>
              </w:rPr>
            </w:pPr>
            <w:r w:rsidRPr="00CB32C5">
              <w:rPr>
                <w:rFonts w:ascii="Aptos" w:hAnsi="Aptos"/>
                <w:b/>
                <w:color w:val="FFFFFF"/>
                <w:sz w:val="20"/>
              </w:rPr>
              <w:t>Gültige</w:t>
            </w:r>
            <w:r w:rsidRPr="00CB32C5">
              <w:rPr>
                <w:rFonts w:ascii="Aptos" w:hAnsi="Aptos"/>
                <w:b/>
                <w:color w:val="FFFFFF"/>
                <w:sz w:val="20"/>
              </w:rPr>
              <w:br/>
              <w:t>Antworten¹</w:t>
            </w:r>
          </w:p>
        </w:tc>
        <w:tc>
          <w:tcPr>
            <w:tcW w:w="1440" w:type="dxa"/>
            <w:tcBorders>
              <w:top w:val="single" w:sz="4" w:space="0" w:color="D9D9D9"/>
              <w:left w:val="single" w:sz="4" w:space="0" w:color="D9D9D9"/>
              <w:bottom w:val="single" w:sz="4" w:space="0" w:color="D9D9D9"/>
              <w:right w:val="single" w:sz="4" w:space="0" w:color="D9D9D9"/>
            </w:tcBorders>
            <w:shd w:val="clear" w:color="auto" w:fill="173C55"/>
            <w:tcMar>
              <w:top w:w="80" w:type="dxa"/>
              <w:left w:w="100" w:type="dxa"/>
              <w:bottom w:w="80" w:type="dxa"/>
              <w:right w:w="100" w:type="dxa"/>
            </w:tcMar>
            <w:vAlign w:val="center"/>
          </w:tcPr>
          <w:p w14:paraId="13D81686" w14:textId="77777777" w:rsidR="00EF4724" w:rsidRPr="00CB32C5" w:rsidRDefault="00000000">
            <w:pPr>
              <w:spacing w:after="0" w:line="250" w:lineRule="auto"/>
              <w:jc w:val="center"/>
              <w:rPr>
                <w:rFonts w:ascii="Aptos" w:hAnsi="Aptos"/>
              </w:rPr>
            </w:pPr>
            <w:r w:rsidRPr="00CB32C5">
              <w:rPr>
                <w:rFonts w:ascii="Aptos" w:hAnsi="Aptos"/>
                <w:b/>
                <w:color w:val="FFFFFF"/>
                <w:sz w:val="20"/>
              </w:rPr>
              <w:t>Bedeutung</w:t>
            </w:r>
            <w:r w:rsidRPr="00CB32C5">
              <w:rPr>
                <w:rFonts w:ascii="Aptos" w:hAnsi="Aptos"/>
                <w:b/>
                <w:color w:val="FFFFFF"/>
                <w:sz w:val="20"/>
              </w:rPr>
              <w:br/>
              <w:t>1 bis 3</w:t>
            </w:r>
          </w:p>
        </w:tc>
      </w:tr>
      <w:tr w:rsidR="00EF4724" w:rsidRPr="00CB32C5" w14:paraId="403A72AB" w14:textId="77777777">
        <w:trPr>
          <w:cantSplit/>
          <w:jc w:val="center"/>
        </w:trPr>
        <w:tc>
          <w:tcPr>
            <w:tcW w:w="5904"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5D2ACBD4" w14:textId="77777777" w:rsidR="00EF4724" w:rsidRPr="00CB32C5" w:rsidRDefault="00000000">
            <w:pPr>
              <w:spacing w:after="0" w:line="250" w:lineRule="auto"/>
              <w:rPr>
                <w:rFonts w:ascii="Aptos" w:hAnsi="Aptos"/>
              </w:rPr>
            </w:pPr>
            <w:r w:rsidRPr="00CB32C5">
              <w:rPr>
                <w:rFonts w:ascii="Aptos" w:hAnsi="Aptos"/>
                <w:sz w:val="20"/>
              </w:rPr>
              <w:t>A  Strategie und Geschäftsnutzen</w:t>
            </w:r>
          </w:p>
        </w:tc>
        <w:tc>
          <w:tcPr>
            <w:tcW w:w="1152"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4DDA7335" w14:textId="77777777" w:rsidR="00EF4724" w:rsidRPr="00CB32C5" w:rsidRDefault="00EF4724">
            <w:pPr>
              <w:spacing w:after="0" w:line="250" w:lineRule="auto"/>
              <w:jc w:val="center"/>
              <w:rPr>
                <w:rFonts w:ascii="Aptos" w:hAnsi="Aptos"/>
              </w:rPr>
            </w:pPr>
          </w:p>
        </w:tc>
        <w:tc>
          <w:tcPr>
            <w:tcW w:w="1584"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5082A75F" w14:textId="77777777" w:rsidR="00EF4724" w:rsidRPr="00CB32C5" w:rsidRDefault="00EF4724">
            <w:pPr>
              <w:spacing w:after="0" w:line="250" w:lineRule="auto"/>
              <w:jc w:val="center"/>
              <w:rPr>
                <w:rFonts w:ascii="Aptos" w:hAnsi="Aptos"/>
              </w:rPr>
            </w:pPr>
          </w:p>
        </w:tc>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3F5BCFAA" w14:textId="77777777" w:rsidR="00EF4724" w:rsidRPr="00CB32C5" w:rsidRDefault="00EF4724">
            <w:pPr>
              <w:spacing w:after="0" w:line="250" w:lineRule="auto"/>
              <w:jc w:val="center"/>
              <w:rPr>
                <w:rFonts w:ascii="Aptos" w:hAnsi="Aptos"/>
              </w:rPr>
            </w:pPr>
          </w:p>
        </w:tc>
      </w:tr>
      <w:tr w:rsidR="00EF4724" w:rsidRPr="00CB32C5" w14:paraId="691F679C" w14:textId="77777777">
        <w:trPr>
          <w:cantSplit/>
          <w:jc w:val="center"/>
        </w:trPr>
        <w:tc>
          <w:tcPr>
            <w:tcW w:w="5904"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1D4DCFA8" w14:textId="77777777" w:rsidR="00EF4724" w:rsidRPr="00CB32C5" w:rsidRDefault="00000000">
            <w:pPr>
              <w:spacing w:after="0" w:line="250" w:lineRule="auto"/>
              <w:rPr>
                <w:rFonts w:ascii="Aptos" w:hAnsi="Aptos"/>
              </w:rPr>
            </w:pPr>
            <w:r w:rsidRPr="00CB32C5">
              <w:rPr>
                <w:rFonts w:ascii="Aptos" w:hAnsi="Aptos"/>
                <w:sz w:val="20"/>
              </w:rPr>
              <w:t>B  Führung und Verantwortlichkeiten</w:t>
            </w:r>
          </w:p>
        </w:tc>
        <w:tc>
          <w:tcPr>
            <w:tcW w:w="1152"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4D242916" w14:textId="77777777" w:rsidR="00EF4724" w:rsidRPr="00CB32C5" w:rsidRDefault="00EF4724">
            <w:pPr>
              <w:spacing w:after="0" w:line="250" w:lineRule="auto"/>
              <w:jc w:val="center"/>
              <w:rPr>
                <w:rFonts w:ascii="Aptos" w:hAnsi="Aptos"/>
              </w:rPr>
            </w:pPr>
          </w:p>
        </w:tc>
        <w:tc>
          <w:tcPr>
            <w:tcW w:w="1584"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7F490EA6" w14:textId="77777777" w:rsidR="00EF4724" w:rsidRPr="00CB32C5" w:rsidRDefault="00EF4724">
            <w:pPr>
              <w:spacing w:after="0" w:line="250" w:lineRule="auto"/>
              <w:jc w:val="center"/>
              <w:rPr>
                <w:rFonts w:ascii="Aptos" w:hAnsi="Aptos"/>
              </w:rPr>
            </w:pPr>
          </w:p>
        </w:tc>
        <w:tc>
          <w:tcPr>
            <w:tcW w:w="1440"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30C3F875" w14:textId="77777777" w:rsidR="00EF4724" w:rsidRPr="00CB32C5" w:rsidRDefault="00EF4724">
            <w:pPr>
              <w:spacing w:after="0" w:line="250" w:lineRule="auto"/>
              <w:jc w:val="center"/>
              <w:rPr>
                <w:rFonts w:ascii="Aptos" w:hAnsi="Aptos"/>
              </w:rPr>
            </w:pPr>
          </w:p>
        </w:tc>
      </w:tr>
      <w:tr w:rsidR="00EF4724" w:rsidRPr="00CB32C5" w14:paraId="0794CBA1" w14:textId="77777777">
        <w:trPr>
          <w:cantSplit/>
          <w:jc w:val="center"/>
        </w:trPr>
        <w:tc>
          <w:tcPr>
            <w:tcW w:w="5904"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74D6B3F8" w14:textId="77777777" w:rsidR="00EF4724" w:rsidRPr="00CB32C5" w:rsidRDefault="00000000">
            <w:pPr>
              <w:spacing w:after="0" w:line="250" w:lineRule="auto"/>
              <w:rPr>
                <w:rFonts w:ascii="Aptos" w:hAnsi="Aptos"/>
              </w:rPr>
            </w:pPr>
            <w:r w:rsidRPr="00CB32C5">
              <w:rPr>
                <w:rFonts w:ascii="Aptos" w:hAnsi="Aptos"/>
                <w:sz w:val="20"/>
              </w:rPr>
              <w:t>C  Prozesse und Zusammenarbeit</w:t>
            </w:r>
          </w:p>
        </w:tc>
        <w:tc>
          <w:tcPr>
            <w:tcW w:w="1152"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6BC32B4D" w14:textId="77777777" w:rsidR="00EF4724" w:rsidRPr="00CB32C5" w:rsidRDefault="00EF4724">
            <w:pPr>
              <w:spacing w:after="0" w:line="250" w:lineRule="auto"/>
              <w:jc w:val="center"/>
              <w:rPr>
                <w:rFonts w:ascii="Aptos" w:hAnsi="Aptos"/>
              </w:rPr>
            </w:pPr>
          </w:p>
        </w:tc>
        <w:tc>
          <w:tcPr>
            <w:tcW w:w="1584"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39610CB4" w14:textId="77777777" w:rsidR="00EF4724" w:rsidRPr="00CB32C5" w:rsidRDefault="00EF4724">
            <w:pPr>
              <w:spacing w:after="0" w:line="250" w:lineRule="auto"/>
              <w:jc w:val="center"/>
              <w:rPr>
                <w:rFonts w:ascii="Aptos" w:hAnsi="Aptos"/>
              </w:rPr>
            </w:pPr>
          </w:p>
        </w:tc>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5B31263D" w14:textId="77777777" w:rsidR="00EF4724" w:rsidRPr="00CB32C5" w:rsidRDefault="00EF4724">
            <w:pPr>
              <w:spacing w:after="0" w:line="250" w:lineRule="auto"/>
              <w:jc w:val="center"/>
              <w:rPr>
                <w:rFonts w:ascii="Aptos" w:hAnsi="Aptos"/>
              </w:rPr>
            </w:pPr>
          </w:p>
        </w:tc>
      </w:tr>
      <w:tr w:rsidR="00EF4724" w:rsidRPr="00CB32C5" w14:paraId="65ED8278" w14:textId="77777777">
        <w:trPr>
          <w:cantSplit/>
          <w:jc w:val="center"/>
        </w:trPr>
        <w:tc>
          <w:tcPr>
            <w:tcW w:w="5904"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72548E51" w14:textId="77777777" w:rsidR="00EF4724" w:rsidRPr="00CB32C5" w:rsidRDefault="00000000">
            <w:pPr>
              <w:spacing w:after="0" w:line="250" w:lineRule="auto"/>
              <w:rPr>
                <w:rFonts w:ascii="Aptos" w:hAnsi="Aptos"/>
              </w:rPr>
            </w:pPr>
            <w:r w:rsidRPr="00CB32C5">
              <w:rPr>
                <w:rFonts w:ascii="Aptos" w:hAnsi="Aptos"/>
                <w:sz w:val="20"/>
              </w:rPr>
              <w:t>D  Systeme und Integration</w:t>
            </w:r>
          </w:p>
        </w:tc>
        <w:tc>
          <w:tcPr>
            <w:tcW w:w="1152"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30E4A76C" w14:textId="77777777" w:rsidR="00EF4724" w:rsidRPr="00CB32C5" w:rsidRDefault="00EF4724">
            <w:pPr>
              <w:spacing w:after="0" w:line="250" w:lineRule="auto"/>
              <w:jc w:val="center"/>
              <w:rPr>
                <w:rFonts w:ascii="Aptos" w:hAnsi="Aptos"/>
              </w:rPr>
            </w:pPr>
          </w:p>
        </w:tc>
        <w:tc>
          <w:tcPr>
            <w:tcW w:w="1584"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4EF7A696" w14:textId="77777777" w:rsidR="00EF4724" w:rsidRPr="00CB32C5" w:rsidRDefault="00EF4724">
            <w:pPr>
              <w:spacing w:after="0" w:line="250" w:lineRule="auto"/>
              <w:jc w:val="center"/>
              <w:rPr>
                <w:rFonts w:ascii="Aptos" w:hAnsi="Aptos"/>
              </w:rPr>
            </w:pPr>
          </w:p>
        </w:tc>
        <w:tc>
          <w:tcPr>
            <w:tcW w:w="1440"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0DBEA5DB" w14:textId="77777777" w:rsidR="00EF4724" w:rsidRPr="00CB32C5" w:rsidRDefault="00EF4724">
            <w:pPr>
              <w:spacing w:after="0" w:line="250" w:lineRule="auto"/>
              <w:jc w:val="center"/>
              <w:rPr>
                <w:rFonts w:ascii="Aptos" w:hAnsi="Aptos"/>
              </w:rPr>
            </w:pPr>
          </w:p>
        </w:tc>
      </w:tr>
      <w:tr w:rsidR="00EF4724" w:rsidRPr="00CB32C5" w14:paraId="1253F98D" w14:textId="77777777">
        <w:trPr>
          <w:cantSplit/>
          <w:jc w:val="center"/>
        </w:trPr>
        <w:tc>
          <w:tcPr>
            <w:tcW w:w="5904"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63B33379" w14:textId="77777777" w:rsidR="00EF4724" w:rsidRPr="00CB32C5" w:rsidRDefault="00000000">
            <w:pPr>
              <w:spacing w:after="0" w:line="250" w:lineRule="auto"/>
              <w:rPr>
                <w:rFonts w:ascii="Aptos" w:hAnsi="Aptos"/>
                <w:lang w:val="de-DE"/>
              </w:rPr>
            </w:pPr>
            <w:r w:rsidRPr="00CB32C5">
              <w:rPr>
                <w:rFonts w:ascii="Aptos" w:hAnsi="Aptos"/>
                <w:sz w:val="20"/>
                <w:lang w:val="de-DE"/>
              </w:rPr>
              <w:t>E  Daten und künstliche Intelligenz</w:t>
            </w:r>
          </w:p>
        </w:tc>
        <w:tc>
          <w:tcPr>
            <w:tcW w:w="1152"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6CCA88CA" w14:textId="77777777" w:rsidR="00EF4724" w:rsidRPr="00CB32C5" w:rsidRDefault="00EF4724">
            <w:pPr>
              <w:spacing w:after="0" w:line="250" w:lineRule="auto"/>
              <w:jc w:val="center"/>
              <w:rPr>
                <w:rFonts w:ascii="Aptos" w:hAnsi="Aptos"/>
                <w:lang w:val="de-DE"/>
              </w:rPr>
            </w:pPr>
          </w:p>
        </w:tc>
        <w:tc>
          <w:tcPr>
            <w:tcW w:w="1584"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30EE9370" w14:textId="77777777" w:rsidR="00EF4724" w:rsidRPr="00CB32C5" w:rsidRDefault="00EF4724">
            <w:pPr>
              <w:spacing w:after="0" w:line="250" w:lineRule="auto"/>
              <w:jc w:val="center"/>
              <w:rPr>
                <w:rFonts w:ascii="Aptos" w:hAnsi="Aptos"/>
                <w:lang w:val="de-DE"/>
              </w:rPr>
            </w:pPr>
          </w:p>
        </w:tc>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4B9AF273" w14:textId="77777777" w:rsidR="00EF4724" w:rsidRPr="00CB32C5" w:rsidRDefault="00EF4724">
            <w:pPr>
              <w:spacing w:after="0" w:line="250" w:lineRule="auto"/>
              <w:jc w:val="center"/>
              <w:rPr>
                <w:rFonts w:ascii="Aptos" w:hAnsi="Aptos"/>
                <w:lang w:val="de-DE"/>
              </w:rPr>
            </w:pPr>
          </w:p>
        </w:tc>
      </w:tr>
      <w:tr w:rsidR="00EF4724" w:rsidRPr="00CB32C5" w14:paraId="77E076DA" w14:textId="77777777">
        <w:trPr>
          <w:cantSplit/>
          <w:jc w:val="center"/>
        </w:trPr>
        <w:tc>
          <w:tcPr>
            <w:tcW w:w="5904"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3A994C8C" w14:textId="77777777" w:rsidR="00EF4724" w:rsidRPr="00CB32C5" w:rsidRDefault="00000000">
            <w:pPr>
              <w:spacing w:after="0" w:line="250" w:lineRule="auto"/>
              <w:rPr>
                <w:rFonts w:ascii="Aptos" w:hAnsi="Aptos"/>
              </w:rPr>
            </w:pPr>
            <w:r w:rsidRPr="00CB32C5">
              <w:rPr>
                <w:rFonts w:ascii="Aptos" w:hAnsi="Aptos"/>
                <w:sz w:val="20"/>
              </w:rPr>
              <w:t xml:space="preserve">F  Sicherheit und </w:t>
            </w:r>
            <w:proofErr w:type="spellStart"/>
            <w:r w:rsidRPr="00CB32C5">
              <w:rPr>
                <w:rFonts w:ascii="Aptos" w:hAnsi="Aptos"/>
                <w:sz w:val="20"/>
              </w:rPr>
              <w:t>Betriebsfähigkeit</w:t>
            </w:r>
            <w:proofErr w:type="spellEnd"/>
          </w:p>
        </w:tc>
        <w:tc>
          <w:tcPr>
            <w:tcW w:w="1152"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261A64C9" w14:textId="77777777" w:rsidR="00EF4724" w:rsidRPr="00CB32C5" w:rsidRDefault="00EF4724">
            <w:pPr>
              <w:spacing w:after="0" w:line="250" w:lineRule="auto"/>
              <w:jc w:val="center"/>
              <w:rPr>
                <w:rFonts w:ascii="Aptos" w:hAnsi="Aptos"/>
              </w:rPr>
            </w:pPr>
          </w:p>
        </w:tc>
        <w:tc>
          <w:tcPr>
            <w:tcW w:w="1584"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5D994943" w14:textId="77777777" w:rsidR="00EF4724" w:rsidRPr="00CB32C5" w:rsidRDefault="00EF4724">
            <w:pPr>
              <w:spacing w:after="0" w:line="250" w:lineRule="auto"/>
              <w:jc w:val="center"/>
              <w:rPr>
                <w:rFonts w:ascii="Aptos" w:hAnsi="Aptos"/>
              </w:rPr>
            </w:pPr>
          </w:p>
        </w:tc>
        <w:tc>
          <w:tcPr>
            <w:tcW w:w="1440"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5C9C6BCD" w14:textId="77777777" w:rsidR="00EF4724" w:rsidRPr="00CB32C5" w:rsidRDefault="00EF4724">
            <w:pPr>
              <w:spacing w:after="0" w:line="250" w:lineRule="auto"/>
              <w:jc w:val="center"/>
              <w:rPr>
                <w:rFonts w:ascii="Aptos" w:hAnsi="Aptos"/>
              </w:rPr>
            </w:pPr>
          </w:p>
        </w:tc>
      </w:tr>
      <w:tr w:rsidR="00EF4724" w:rsidRPr="00CB32C5" w14:paraId="5B915D08" w14:textId="77777777">
        <w:trPr>
          <w:cantSplit/>
          <w:jc w:val="center"/>
        </w:trPr>
        <w:tc>
          <w:tcPr>
            <w:tcW w:w="5904"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793C9229" w14:textId="77777777" w:rsidR="00EF4724" w:rsidRPr="00CB32C5" w:rsidRDefault="00000000">
            <w:pPr>
              <w:spacing w:after="0" w:line="250" w:lineRule="auto"/>
              <w:rPr>
                <w:rFonts w:ascii="Aptos" w:hAnsi="Aptos"/>
              </w:rPr>
            </w:pPr>
            <w:r w:rsidRPr="00CB32C5">
              <w:rPr>
                <w:rFonts w:ascii="Aptos" w:hAnsi="Aptos"/>
                <w:sz w:val="20"/>
              </w:rPr>
              <w:t>G  Kompetenzen und Arbeitsfähigkeit</w:t>
            </w:r>
          </w:p>
        </w:tc>
        <w:tc>
          <w:tcPr>
            <w:tcW w:w="1152"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23C03099" w14:textId="77777777" w:rsidR="00EF4724" w:rsidRPr="00CB32C5" w:rsidRDefault="00EF4724">
            <w:pPr>
              <w:spacing w:after="0" w:line="250" w:lineRule="auto"/>
              <w:jc w:val="center"/>
              <w:rPr>
                <w:rFonts w:ascii="Aptos" w:hAnsi="Aptos"/>
              </w:rPr>
            </w:pPr>
          </w:p>
        </w:tc>
        <w:tc>
          <w:tcPr>
            <w:tcW w:w="1584"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1F15213F" w14:textId="77777777" w:rsidR="00EF4724" w:rsidRPr="00CB32C5" w:rsidRDefault="00EF4724">
            <w:pPr>
              <w:spacing w:after="0" w:line="250" w:lineRule="auto"/>
              <w:jc w:val="center"/>
              <w:rPr>
                <w:rFonts w:ascii="Aptos" w:hAnsi="Aptos"/>
              </w:rPr>
            </w:pPr>
          </w:p>
        </w:tc>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08A92231" w14:textId="77777777" w:rsidR="00EF4724" w:rsidRPr="00CB32C5" w:rsidRDefault="00EF4724">
            <w:pPr>
              <w:spacing w:after="0" w:line="250" w:lineRule="auto"/>
              <w:jc w:val="center"/>
              <w:rPr>
                <w:rFonts w:ascii="Aptos" w:hAnsi="Aptos"/>
              </w:rPr>
            </w:pPr>
          </w:p>
        </w:tc>
      </w:tr>
      <w:tr w:rsidR="00EF4724" w:rsidRPr="00CB32C5" w14:paraId="18EE85EC" w14:textId="77777777">
        <w:trPr>
          <w:cantSplit/>
          <w:jc w:val="center"/>
        </w:trPr>
        <w:tc>
          <w:tcPr>
            <w:tcW w:w="5904"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72AAF4B0" w14:textId="77777777" w:rsidR="00EF4724" w:rsidRPr="00CB32C5" w:rsidRDefault="00000000">
            <w:pPr>
              <w:spacing w:after="0" w:line="250" w:lineRule="auto"/>
              <w:rPr>
                <w:rFonts w:ascii="Aptos" w:hAnsi="Aptos"/>
              </w:rPr>
            </w:pPr>
            <w:r w:rsidRPr="00CB32C5">
              <w:rPr>
                <w:rFonts w:ascii="Aptos" w:hAnsi="Aptos"/>
                <w:sz w:val="20"/>
              </w:rPr>
              <w:t>H  Veränderungsbereitschaft und Beteiligung</w:t>
            </w:r>
          </w:p>
        </w:tc>
        <w:tc>
          <w:tcPr>
            <w:tcW w:w="1152"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2379FCA6" w14:textId="77777777" w:rsidR="00EF4724" w:rsidRPr="00CB32C5" w:rsidRDefault="00EF4724">
            <w:pPr>
              <w:spacing w:after="0" w:line="250" w:lineRule="auto"/>
              <w:jc w:val="center"/>
              <w:rPr>
                <w:rFonts w:ascii="Aptos" w:hAnsi="Aptos"/>
              </w:rPr>
            </w:pPr>
          </w:p>
        </w:tc>
        <w:tc>
          <w:tcPr>
            <w:tcW w:w="1584"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19DE37C3" w14:textId="77777777" w:rsidR="00EF4724" w:rsidRPr="00CB32C5" w:rsidRDefault="00EF4724">
            <w:pPr>
              <w:spacing w:after="0" w:line="250" w:lineRule="auto"/>
              <w:jc w:val="center"/>
              <w:rPr>
                <w:rFonts w:ascii="Aptos" w:hAnsi="Aptos"/>
              </w:rPr>
            </w:pPr>
          </w:p>
        </w:tc>
        <w:tc>
          <w:tcPr>
            <w:tcW w:w="1440"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7D0DE3F1" w14:textId="77777777" w:rsidR="00EF4724" w:rsidRPr="00CB32C5" w:rsidRDefault="00EF4724">
            <w:pPr>
              <w:spacing w:after="0" w:line="250" w:lineRule="auto"/>
              <w:jc w:val="center"/>
              <w:rPr>
                <w:rFonts w:ascii="Aptos" w:hAnsi="Aptos"/>
              </w:rPr>
            </w:pPr>
          </w:p>
        </w:tc>
      </w:tr>
      <w:tr w:rsidR="00EF4724" w:rsidRPr="00CB32C5" w14:paraId="4B307F93" w14:textId="77777777">
        <w:trPr>
          <w:cantSplit/>
          <w:jc w:val="center"/>
        </w:trPr>
        <w:tc>
          <w:tcPr>
            <w:tcW w:w="5904"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11945B78" w14:textId="77777777" w:rsidR="00EF4724" w:rsidRPr="00CB32C5" w:rsidRDefault="00000000">
            <w:pPr>
              <w:spacing w:after="0" w:line="250" w:lineRule="auto"/>
              <w:rPr>
                <w:rFonts w:ascii="Aptos" w:hAnsi="Aptos"/>
                <w:lang w:val="de-DE"/>
              </w:rPr>
            </w:pPr>
            <w:r w:rsidRPr="00CB32C5">
              <w:rPr>
                <w:rFonts w:ascii="Aptos" w:hAnsi="Aptos"/>
                <w:sz w:val="20"/>
                <w:lang w:val="de-DE"/>
              </w:rPr>
              <w:t>I  Kunden und digitale Angebote</w:t>
            </w:r>
          </w:p>
        </w:tc>
        <w:tc>
          <w:tcPr>
            <w:tcW w:w="1152"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0385CEEF" w14:textId="77777777" w:rsidR="00EF4724" w:rsidRPr="00CB32C5" w:rsidRDefault="00EF4724">
            <w:pPr>
              <w:spacing w:after="0" w:line="250" w:lineRule="auto"/>
              <w:jc w:val="center"/>
              <w:rPr>
                <w:rFonts w:ascii="Aptos" w:hAnsi="Aptos"/>
                <w:lang w:val="de-DE"/>
              </w:rPr>
            </w:pPr>
          </w:p>
        </w:tc>
        <w:tc>
          <w:tcPr>
            <w:tcW w:w="1584"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3F604D1D" w14:textId="77777777" w:rsidR="00EF4724" w:rsidRPr="00CB32C5" w:rsidRDefault="00EF4724">
            <w:pPr>
              <w:spacing w:after="0" w:line="250" w:lineRule="auto"/>
              <w:jc w:val="center"/>
              <w:rPr>
                <w:rFonts w:ascii="Aptos" w:hAnsi="Aptos"/>
                <w:lang w:val="de-DE"/>
              </w:rPr>
            </w:pPr>
          </w:p>
        </w:tc>
        <w:tc>
          <w:tcPr>
            <w:tcW w:w="144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00" w:type="dxa"/>
              <w:bottom w:w="80" w:type="dxa"/>
              <w:right w:w="100" w:type="dxa"/>
            </w:tcMar>
            <w:vAlign w:val="center"/>
          </w:tcPr>
          <w:p w14:paraId="6C7B2467" w14:textId="77777777" w:rsidR="00EF4724" w:rsidRPr="00CB32C5" w:rsidRDefault="00EF4724">
            <w:pPr>
              <w:spacing w:after="0" w:line="250" w:lineRule="auto"/>
              <w:jc w:val="center"/>
              <w:rPr>
                <w:rFonts w:ascii="Aptos" w:hAnsi="Aptos"/>
                <w:lang w:val="de-DE"/>
              </w:rPr>
            </w:pPr>
          </w:p>
        </w:tc>
      </w:tr>
      <w:tr w:rsidR="00EF4724" w:rsidRPr="00CB32C5" w14:paraId="300F4DA0" w14:textId="77777777">
        <w:trPr>
          <w:cantSplit/>
          <w:jc w:val="center"/>
        </w:trPr>
        <w:tc>
          <w:tcPr>
            <w:tcW w:w="5904"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1E9B037F" w14:textId="77777777" w:rsidR="00EF4724" w:rsidRPr="00CB32C5" w:rsidRDefault="00000000">
            <w:pPr>
              <w:spacing w:after="0" w:line="250" w:lineRule="auto"/>
              <w:rPr>
                <w:rFonts w:ascii="Aptos" w:hAnsi="Aptos"/>
                <w:lang w:val="de-DE"/>
              </w:rPr>
            </w:pPr>
            <w:r w:rsidRPr="00CB32C5">
              <w:rPr>
                <w:rFonts w:ascii="Aptos" w:hAnsi="Aptos"/>
                <w:sz w:val="20"/>
                <w:lang w:val="de-DE"/>
              </w:rPr>
              <w:t>J  Umsetzung und kontinuierliche Verbesserung</w:t>
            </w:r>
          </w:p>
        </w:tc>
        <w:tc>
          <w:tcPr>
            <w:tcW w:w="1152"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3BE1D17D" w14:textId="77777777" w:rsidR="00EF4724" w:rsidRPr="00CB32C5" w:rsidRDefault="00EF4724">
            <w:pPr>
              <w:spacing w:after="0" w:line="250" w:lineRule="auto"/>
              <w:jc w:val="center"/>
              <w:rPr>
                <w:rFonts w:ascii="Aptos" w:hAnsi="Aptos"/>
                <w:lang w:val="de-DE"/>
              </w:rPr>
            </w:pPr>
          </w:p>
        </w:tc>
        <w:tc>
          <w:tcPr>
            <w:tcW w:w="1584"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612E84A5" w14:textId="77777777" w:rsidR="00EF4724" w:rsidRPr="00CB32C5" w:rsidRDefault="00EF4724">
            <w:pPr>
              <w:spacing w:after="0" w:line="250" w:lineRule="auto"/>
              <w:jc w:val="center"/>
              <w:rPr>
                <w:rFonts w:ascii="Aptos" w:hAnsi="Aptos"/>
                <w:lang w:val="de-DE"/>
              </w:rPr>
            </w:pPr>
          </w:p>
        </w:tc>
        <w:tc>
          <w:tcPr>
            <w:tcW w:w="1440" w:type="dxa"/>
            <w:tcBorders>
              <w:top w:val="single" w:sz="4" w:space="0" w:color="D9D9D9"/>
              <w:left w:val="single" w:sz="4" w:space="0" w:color="D9D9D9"/>
              <w:bottom w:val="single" w:sz="4" w:space="0" w:color="D9D9D9"/>
              <w:right w:val="single" w:sz="4" w:space="0" w:color="D9D9D9"/>
            </w:tcBorders>
            <w:shd w:val="clear" w:color="auto" w:fill="F2F5F7"/>
            <w:tcMar>
              <w:top w:w="80" w:type="dxa"/>
              <w:left w:w="100" w:type="dxa"/>
              <w:bottom w:w="80" w:type="dxa"/>
              <w:right w:w="100" w:type="dxa"/>
            </w:tcMar>
            <w:vAlign w:val="center"/>
          </w:tcPr>
          <w:p w14:paraId="50A39EC8" w14:textId="77777777" w:rsidR="00EF4724" w:rsidRPr="00CB32C5" w:rsidRDefault="00EF4724">
            <w:pPr>
              <w:spacing w:after="0" w:line="250" w:lineRule="auto"/>
              <w:jc w:val="center"/>
              <w:rPr>
                <w:rFonts w:ascii="Aptos" w:hAnsi="Aptos"/>
                <w:lang w:val="de-DE"/>
              </w:rPr>
            </w:pPr>
          </w:p>
        </w:tc>
      </w:tr>
    </w:tbl>
    <w:p w14:paraId="5621CD56" w14:textId="77777777" w:rsidR="00EF4724" w:rsidRPr="00CB32C5" w:rsidRDefault="00EF4724">
      <w:pPr>
        <w:spacing w:after="0"/>
        <w:rPr>
          <w:rFonts w:ascii="Aptos" w:hAnsi="Aptos"/>
          <w:lang w:val="de-DE"/>
        </w:rPr>
      </w:pPr>
    </w:p>
    <w:p w14:paraId="69CF50C1" w14:textId="77777777" w:rsidR="00EF4724" w:rsidRPr="00CB32C5" w:rsidRDefault="00000000">
      <w:pPr>
        <w:rPr>
          <w:rFonts w:ascii="Aptos" w:hAnsi="Aptos"/>
          <w:lang w:val="de-DE"/>
        </w:rPr>
      </w:pPr>
      <w:r w:rsidRPr="00CB32C5">
        <w:rPr>
          <w:rFonts w:ascii="Aptos" w:hAnsi="Aptos"/>
          <w:sz w:val="18"/>
          <w:lang w:val="de-DE"/>
        </w:rPr>
        <w:t>¹ Einzelbogen: Anzahl numerischer Antworten von fünf. Gruppe: Anzahl ausreichend beurteilbarer Bögen; die Spanne separat ergänzen. N, W und offene Antworten gesondert dokumentieren.</w:t>
      </w:r>
    </w:p>
    <w:p w14:paraId="5159E743" w14:textId="77777777" w:rsidR="00EF4724" w:rsidRPr="00CB32C5" w:rsidRDefault="00000000">
      <w:pPr>
        <w:rPr>
          <w:rFonts w:ascii="Aptos" w:hAnsi="Aptos"/>
          <w:lang w:val="de-DE"/>
        </w:rPr>
      </w:pPr>
      <w:r w:rsidRPr="00CB32C5">
        <w:rPr>
          <w:rFonts w:ascii="Aptos" w:hAnsi="Aptos"/>
          <w:b/>
          <w:lang w:val="de-DE"/>
        </w:rPr>
        <w:t>Gesamtwert: __________ / 4       Gesamtindex: __________ / 100</w:t>
      </w:r>
    </w:p>
    <w:p w14:paraId="0109C571" w14:textId="77777777" w:rsidR="00EF4724" w:rsidRPr="00CB32C5" w:rsidRDefault="00000000">
      <w:pPr>
        <w:rPr>
          <w:rFonts w:ascii="Aptos" w:hAnsi="Aptos"/>
          <w:lang w:val="de-DE"/>
        </w:rPr>
      </w:pPr>
      <w:r w:rsidRPr="00CB32C5">
        <w:rPr>
          <w:rFonts w:ascii="Aptos" w:hAnsi="Aptos"/>
          <w:lang w:val="de-DE"/>
        </w:rPr>
        <w:t>Nur berechnen, wenn alle zehn Themenfelder beurteilbar sind. Die zehn Gruppenwerte zählen gleich viel; beachten Sie wechselnde Teilnehmerzahlen.</w:t>
      </w:r>
    </w:p>
    <w:p w14:paraId="6EE83A31" w14:textId="77777777" w:rsidR="00EF4724" w:rsidRPr="00CB32C5" w:rsidRDefault="00000000">
      <w:pPr>
        <w:rPr>
          <w:rFonts w:ascii="Aptos" w:hAnsi="Aptos"/>
          <w:lang w:val="de-DE"/>
        </w:rPr>
      </w:pPr>
      <w:r w:rsidRPr="00CB32C5">
        <w:rPr>
          <w:rFonts w:ascii="Aptos" w:hAnsi="Aptos"/>
          <w:b/>
          <w:lang w:val="de-DE"/>
        </w:rPr>
        <w:t>Wesentliche Stärken und konkrete Belege</w:t>
      </w:r>
    </w:p>
    <w:p w14:paraId="5E0D6834" w14:textId="77777777" w:rsidR="00EF4724" w:rsidRPr="00CB32C5" w:rsidRDefault="00000000">
      <w:pPr>
        <w:spacing w:after="140"/>
        <w:rPr>
          <w:rFonts w:ascii="Aptos" w:hAnsi="Aptos"/>
          <w:lang w:val="de-DE"/>
        </w:rPr>
      </w:pPr>
      <w:r w:rsidRPr="00CB32C5">
        <w:rPr>
          <w:rFonts w:ascii="Aptos" w:hAnsi="Aptos"/>
          <w:color w:val="777777"/>
          <w:sz w:val="20"/>
          <w:lang w:val="de-DE"/>
        </w:rPr>
        <w:t>________________________________________________________________________________</w:t>
      </w:r>
    </w:p>
    <w:p w14:paraId="436388C1" w14:textId="77777777" w:rsidR="00EF4724" w:rsidRPr="00CB32C5" w:rsidRDefault="00000000">
      <w:pPr>
        <w:rPr>
          <w:rFonts w:ascii="Aptos" w:hAnsi="Aptos"/>
          <w:lang w:val="de-DE"/>
        </w:rPr>
      </w:pPr>
      <w:r w:rsidRPr="00CB32C5">
        <w:rPr>
          <w:rFonts w:ascii="Aptos" w:hAnsi="Aptos"/>
          <w:b/>
          <w:lang w:val="de-DE"/>
        </w:rPr>
        <w:t>Größte Unterschiede zwischen den Perspektiven oder größte Spanne innerhalb einer Gruppe</w:t>
      </w:r>
    </w:p>
    <w:p w14:paraId="5C82233C" w14:textId="77777777" w:rsidR="00EF4724" w:rsidRPr="00CB32C5" w:rsidRDefault="00000000">
      <w:pPr>
        <w:spacing w:after="140"/>
        <w:rPr>
          <w:rFonts w:ascii="Aptos" w:hAnsi="Aptos"/>
          <w:lang w:val="de-DE"/>
        </w:rPr>
      </w:pPr>
      <w:r w:rsidRPr="00CB32C5">
        <w:rPr>
          <w:rFonts w:ascii="Aptos" w:hAnsi="Aptos"/>
          <w:color w:val="777777"/>
          <w:sz w:val="20"/>
          <w:lang w:val="de-DE"/>
        </w:rPr>
        <w:t>________________________________________________________________________________</w:t>
      </w:r>
    </w:p>
    <w:p w14:paraId="078EADCF" w14:textId="77777777" w:rsidR="00EF4724" w:rsidRPr="00CB32C5" w:rsidRDefault="00000000">
      <w:pPr>
        <w:rPr>
          <w:rFonts w:ascii="Aptos" w:hAnsi="Aptos"/>
          <w:lang w:val="de-DE"/>
        </w:rPr>
      </w:pPr>
      <w:r w:rsidRPr="00CB32C5">
        <w:rPr>
          <w:rFonts w:ascii="Aptos" w:hAnsi="Aptos"/>
          <w:b/>
          <w:lang w:val="de-DE"/>
        </w:rPr>
        <w:t>Offene Informationen und Begründungen für nicht anwendbare Aussagen</w:t>
      </w:r>
    </w:p>
    <w:p w14:paraId="07AE9F17" w14:textId="77777777" w:rsidR="00EF4724" w:rsidRPr="00CB32C5" w:rsidRDefault="00000000">
      <w:pPr>
        <w:spacing w:after="140"/>
        <w:rPr>
          <w:rFonts w:ascii="Aptos" w:hAnsi="Aptos"/>
          <w:lang w:val="de-DE"/>
        </w:rPr>
      </w:pPr>
      <w:r w:rsidRPr="00CB32C5">
        <w:rPr>
          <w:rFonts w:ascii="Aptos" w:hAnsi="Aptos"/>
          <w:color w:val="777777"/>
          <w:sz w:val="20"/>
          <w:lang w:val="de-DE"/>
        </w:rPr>
        <w:t>________________________________________________________________________________</w:t>
      </w:r>
    </w:p>
    <w:p w14:paraId="5119F45F" w14:textId="77777777" w:rsidR="00EF4724" w:rsidRPr="00DB5CD5" w:rsidRDefault="00000000">
      <w:pPr>
        <w:pStyle w:val="berschrift2"/>
        <w:rPr>
          <w:rFonts w:ascii="Aptos" w:hAnsi="Aptos"/>
          <w:color w:val="00A19C"/>
          <w:sz w:val="22"/>
          <w:szCs w:val="22"/>
        </w:rPr>
      </w:pPr>
      <w:r w:rsidRPr="00DB5CD5">
        <w:rPr>
          <w:rFonts w:ascii="Aptos" w:hAnsi="Aptos"/>
          <w:color w:val="00A19C"/>
          <w:sz w:val="22"/>
          <w:szCs w:val="22"/>
        </w:rPr>
        <w:t>Handlungsfelder auswählen</w:t>
      </w:r>
    </w:p>
    <w:p w14:paraId="6BC0B122" w14:textId="77777777" w:rsidR="00EF4724" w:rsidRPr="00CB32C5" w:rsidRDefault="00000000">
      <w:pPr>
        <w:rPr>
          <w:rFonts w:ascii="Aptos" w:hAnsi="Aptos"/>
          <w:lang w:val="de-DE"/>
        </w:rPr>
      </w:pPr>
      <w:r w:rsidRPr="00CB32C5">
        <w:rPr>
          <w:rFonts w:ascii="Aptos" w:hAnsi="Aptos"/>
          <w:lang w:val="de-DE"/>
        </w:rPr>
        <w:t>Prüfen Sie zuerst kritische Risiken und Voraussetzungen, danach für die Geschäftsziele wichtige Lücken. Berücksichtigen Sie Wirkung, Aufwand, Abhängigkeiten und Kapazität. Ein niedriger Wert allein rechtfertigt kein Projekt.</w:t>
      </w:r>
    </w:p>
    <w:p w14:paraId="5A585046" w14:textId="77777777" w:rsidR="00EF4724" w:rsidRPr="00CB32C5" w:rsidRDefault="00000000">
      <w:pPr>
        <w:rPr>
          <w:rFonts w:ascii="Aptos" w:hAnsi="Aptos"/>
          <w:lang w:val="de-DE"/>
        </w:rPr>
      </w:pPr>
      <w:r w:rsidRPr="00CB32C5">
        <w:rPr>
          <w:rFonts w:ascii="Aptos" w:hAnsi="Aptos"/>
          <w:lang w:val="de-DE"/>
        </w:rPr>
        <w:t>Gesprächshilfe: Ein Themenfeld mit Bedeutung 3 und Wert unter 2,0 ist ein naheliegender Schwerpunkt. Prüfen Sie außerdem einzelne niedrige Antworten, auch wenn der Themenfeldwert insgesamt gut ist.</w:t>
      </w:r>
    </w:p>
    <w:p w14:paraId="090C6F11" w14:textId="77777777" w:rsidR="00EF4724" w:rsidRPr="00DB5CD5" w:rsidRDefault="00000000" w:rsidP="00DB5CD5">
      <w:pPr>
        <w:pStyle w:val="berschrift1"/>
        <w:rPr>
          <w:rFonts w:ascii="Aptos" w:hAnsi="Aptos"/>
          <w:color w:val="002060"/>
          <w:sz w:val="24"/>
          <w:szCs w:val="24"/>
          <w:lang w:val="de-DE"/>
        </w:rPr>
      </w:pPr>
      <w:r w:rsidRPr="00DB5CD5">
        <w:rPr>
          <w:rFonts w:ascii="Aptos" w:hAnsi="Aptos"/>
          <w:color w:val="002060"/>
          <w:sz w:val="24"/>
          <w:szCs w:val="24"/>
          <w:lang w:val="de-DE"/>
        </w:rPr>
        <w:lastRenderedPageBreak/>
        <w:t>Maßnahmen für die nächsten 90 Tage</w:t>
      </w:r>
    </w:p>
    <w:p w14:paraId="3D0D864A" w14:textId="77777777" w:rsidR="00EF4724" w:rsidRPr="00CB32C5" w:rsidRDefault="00000000">
      <w:pPr>
        <w:rPr>
          <w:rFonts w:ascii="Aptos" w:hAnsi="Aptos"/>
          <w:lang w:val="de-DE"/>
        </w:rPr>
      </w:pPr>
      <w:r w:rsidRPr="00CB32C5">
        <w:rPr>
          <w:rFonts w:ascii="Aptos" w:hAnsi="Aptos"/>
          <w:lang w:val="de-DE"/>
        </w:rPr>
        <w:t>Vereinbaren Sie höchstens drei vorrangige Maßnahmen. Jede Maßnahme braucht ein überprüfbares Ergebnis, eine verantwortliche Person, verfügbare Kapazität und einen Termin. Beginnen Sie mit einem konkreten nächsten Schritt.</w:t>
      </w:r>
    </w:p>
    <w:p w14:paraId="4AE597AE" w14:textId="77777777" w:rsidR="00EF4724" w:rsidRPr="00DB5CD5" w:rsidRDefault="00000000">
      <w:pPr>
        <w:pStyle w:val="berschrift2"/>
        <w:rPr>
          <w:rFonts w:ascii="Aptos" w:hAnsi="Aptos"/>
          <w:color w:val="00A19C"/>
          <w:sz w:val="22"/>
          <w:szCs w:val="22"/>
        </w:rPr>
      </w:pPr>
      <w:r w:rsidRPr="00DB5CD5">
        <w:rPr>
          <w:rFonts w:ascii="Aptos" w:hAnsi="Aptos"/>
          <w:color w:val="00A19C"/>
          <w:sz w:val="22"/>
          <w:szCs w:val="22"/>
        </w:rPr>
        <w:t>Maßnahme 1</w:t>
      </w:r>
    </w:p>
    <w:p w14:paraId="64F8BD09" w14:textId="77777777" w:rsidR="00EF4724" w:rsidRPr="00CB32C5" w:rsidRDefault="00000000">
      <w:pPr>
        <w:spacing w:after="40"/>
        <w:rPr>
          <w:rFonts w:ascii="Aptos" w:hAnsi="Aptos"/>
          <w:lang w:val="de-DE"/>
        </w:rPr>
      </w:pPr>
      <w:r w:rsidRPr="00CB32C5">
        <w:rPr>
          <w:rFonts w:ascii="Aptos" w:hAnsi="Aptos"/>
          <w:lang w:val="de-DE"/>
        </w:rPr>
        <w:t>Handlungsfeld und zugrunde liegende Fragenummer: ______________________________</w:t>
      </w:r>
    </w:p>
    <w:p w14:paraId="3578DF68" w14:textId="77777777" w:rsidR="00EF4724" w:rsidRPr="00CB32C5" w:rsidRDefault="00000000">
      <w:pPr>
        <w:spacing w:after="40"/>
        <w:rPr>
          <w:rFonts w:ascii="Aptos" w:hAnsi="Aptos"/>
          <w:lang w:val="de-DE"/>
        </w:rPr>
      </w:pPr>
      <w:r w:rsidRPr="00CB32C5">
        <w:rPr>
          <w:rFonts w:ascii="Aptos" w:hAnsi="Aptos"/>
          <w:lang w:val="de-DE"/>
        </w:rPr>
        <w:t>Problem und Ziel: __________________________________________________________</w:t>
      </w:r>
    </w:p>
    <w:p w14:paraId="791F6A26" w14:textId="77777777" w:rsidR="00EF4724" w:rsidRPr="00CB32C5" w:rsidRDefault="00000000">
      <w:pPr>
        <w:spacing w:after="40"/>
        <w:rPr>
          <w:rFonts w:ascii="Aptos" w:hAnsi="Aptos"/>
          <w:lang w:val="de-DE"/>
        </w:rPr>
      </w:pPr>
      <w:r w:rsidRPr="00CB32C5">
        <w:rPr>
          <w:rFonts w:ascii="Aptos" w:hAnsi="Aptos"/>
          <w:lang w:val="de-DE"/>
        </w:rPr>
        <w:t>Konkreter erster Schritt: ____________________________________________________</w:t>
      </w:r>
    </w:p>
    <w:p w14:paraId="45383E0C" w14:textId="77777777" w:rsidR="00EF4724" w:rsidRPr="00CB32C5" w:rsidRDefault="00000000">
      <w:pPr>
        <w:spacing w:after="40"/>
        <w:rPr>
          <w:rFonts w:ascii="Aptos" w:hAnsi="Aptos"/>
          <w:lang w:val="de-DE"/>
        </w:rPr>
      </w:pPr>
      <w:r w:rsidRPr="00CB32C5">
        <w:rPr>
          <w:rFonts w:ascii="Aptos" w:hAnsi="Aptos"/>
          <w:lang w:val="de-DE"/>
        </w:rPr>
        <w:t>Verantwortlich: ____________________  Mitwirkende: ____________________________</w:t>
      </w:r>
    </w:p>
    <w:p w14:paraId="19B13125" w14:textId="77777777" w:rsidR="00EF4724" w:rsidRPr="00CB32C5" w:rsidRDefault="00000000">
      <w:pPr>
        <w:spacing w:after="40"/>
        <w:rPr>
          <w:rFonts w:ascii="Aptos" w:hAnsi="Aptos"/>
          <w:lang w:val="de-DE"/>
        </w:rPr>
      </w:pPr>
      <w:r w:rsidRPr="00CB32C5">
        <w:rPr>
          <w:rFonts w:ascii="Aptos" w:hAnsi="Aptos"/>
          <w:lang w:val="de-DE"/>
        </w:rPr>
        <w:t>Benötigte Kapazität oder Budget: _____________________________________________</w:t>
      </w:r>
    </w:p>
    <w:p w14:paraId="3DB729AA" w14:textId="77777777" w:rsidR="00EF4724" w:rsidRPr="00CB32C5" w:rsidRDefault="00000000">
      <w:pPr>
        <w:spacing w:after="40"/>
        <w:rPr>
          <w:rFonts w:ascii="Aptos" w:hAnsi="Aptos"/>
          <w:lang w:val="de-DE"/>
        </w:rPr>
      </w:pPr>
      <w:r w:rsidRPr="00CB32C5">
        <w:rPr>
          <w:rFonts w:ascii="Aptos" w:hAnsi="Aptos"/>
          <w:lang w:val="de-DE"/>
        </w:rPr>
        <w:t>Erfolgskriterium mit Ausgangs- und Zielwert: ____________________________________</w:t>
      </w:r>
    </w:p>
    <w:p w14:paraId="36C634B4" w14:textId="77777777" w:rsidR="00EF4724" w:rsidRPr="00CB32C5" w:rsidRDefault="00000000">
      <w:pPr>
        <w:spacing w:after="40"/>
        <w:rPr>
          <w:rFonts w:ascii="Aptos" w:hAnsi="Aptos"/>
          <w:lang w:val="de-DE"/>
        </w:rPr>
      </w:pPr>
      <w:r w:rsidRPr="00CB32C5">
        <w:rPr>
          <w:rFonts w:ascii="Aptos" w:hAnsi="Aptos"/>
          <w:lang w:val="de-DE"/>
        </w:rPr>
        <w:t>Zieltermin: ____________________  Nächste Überprüfung: ________________________</w:t>
      </w:r>
    </w:p>
    <w:p w14:paraId="6CE09DFA" w14:textId="77777777" w:rsidR="00EF4724" w:rsidRPr="00CB32C5" w:rsidRDefault="00000000">
      <w:pPr>
        <w:spacing w:after="40"/>
        <w:rPr>
          <w:rFonts w:ascii="Aptos" w:hAnsi="Aptos"/>
          <w:lang w:val="de-DE"/>
        </w:rPr>
      </w:pPr>
      <w:r w:rsidRPr="00CB32C5">
        <w:rPr>
          <w:rFonts w:ascii="Aptos" w:hAnsi="Aptos"/>
          <w:lang w:val="de-DE"/>
        </w:rPr>
        <w:t>Voraussetzungen oder Abhängigkeiten: ________________________________________</w:t>
      </w:r>
    </w:p>
    <w:p w14:paraId="00196FB1" w14:textId="77777777" w:rsidR="00EF4724" w:rsidRPr="00DB5CD5" w:rsidRDefault="00000000">
      <w:pPr>
        <w:pStyle w:val="berschrift2"/>
        <w:rPr>
          <w:rFonts w:ascii="Aptos" w:hAnsi="Aptos"/>
          <w:color w:val="00A19C"/>
          <w:sz w:val="22"/>
          <w:szCs w:val="22"/>
        </w:rPr>
      </w:pPr>
      <w:r w:rsidRPr="00DB5CD5">
        <w:rPr>
          <w:rFonts w:ascii="Aptos" w:hAnsi="Aptos"/>
          <w:color w:val="00A19C"/>
          <w:sz w:val="22"/>
          <w:szCs w:val="22"/>
        </w:rPr>
        <w:t>Maßnahme 2</w:t>
      </w:r>
    </w:p>
    <w:p w14:paraId="6ADE941E" w14:textId="77777777" w:rsidR="00EF4724" w:rsidRPr="00CB32C5" w:rsidRDefault="00000000">
      <w:pPr>
        <w:spacing w:after="40"/>
        <w:rPr>
          <w:rFonts w:ascii="Aptos" w:hAnsi="Aptos"/>
          <w:lang w:val="de-DE"/>
        </w:rPr>
      </w:pPr>
      <w:r w:rsidRPr="00CB32C5">
        <w:rPr>
          <w:rFonts w:ascii="Aptos" w:hAnsi="Aptos"/>
          <w:lang w:val="de-DE"/>
        </w:rPr>
        <w:t>Handlungsfeld und zugrunde liegende Fragenummer: ______________________________</w:t>
      </w:r>
    </w:p>
    <w:p w14:paraId="77E5334A" w14:textId="77777777" w:rsidR="00EF4724" w:rsidRPr="00CB32C5" w:rsidRDefault="00000000">
      <w:pPr>
        <w:spacing w:after="40"/>
        <w:rPr>
          <w:rFonts w:ascii="Aptos" w:hAnsi="Aptos"/>
          <w:lang w:val="de-DE"/>
        </w:rPr>
      </w:pPr>
      <w:r w:rsidRPr="00CB32C5">
        <w:rPr>
          <w:rFonts w:ascii="Aptos" w:hAnsi="Aptos"/>
          <w:lang w:val="de-DE"/>
        </w:rPr>
        <w:t>Problem und Ziel: __________________________________________________________</w:t>
      </w:r>
    </w:p>
    <w:p w14:paraId="2EED9731" w14:textId="77777777" w:rsidR="00EF4724" w:rsidRPr="00CB32C5" w:rsidRDefault="00000000">
      <w:pPr>
        <w:spacing w:after="40"/>
        <w:rPr>
          <w:rFonts w:ascii="Aptos" w:hAnsi="Aptos"/>
          <w:lang w:val="de-DE"/>
        </w:rPr>
      </w:pPr>
      <w:r w:rsidRPr="00CB32C5">
        <w:rPr>
          <w:rFonts w:ascii="Aptos" w:hAnsi="Aptos"/>
          <w:lang w:val="de-DE"/>
        </w:rPr>
        <w:t>Konkreter erster Schritt: ____________________________________________________</w:t>
      </w:r>
    </w:p>
    <w:p w14:paraId="6BCE0FA2" w14:textId="77777777" w:rsidR="00EF4724" w:rsidRPr="00CB32C5" w:rsidRDefault="00000000">
      <w:pPr>
        <w:spacing w:after="40"/>
        <w:rPr>
          <w:rFonts w:ascii="Aptos" w:hAnsi="Aptos"/>
          <w:lang w:val="de-DE"/>
        </w:rPr>
      </w:pPr>
      <w:r w:rsidRPr="00CB32C5">
        <w:rPr>
          <w:rFonts w:ascii="Aptos" w:hAnsi="Aptos"/>
          <w:lang w:val="de-DE"/>
        </w:rPr>
        <w:t>Verantwortlich: ____________________  Mitwirkende: ____________________________</w:t>
      </w:r>
    </w:p>
    <w:p w14:paraId="5B3ABC13" w14:textId="77777777" w:rsidR="00EF4724" w:rsidRPr="00CB32C5" w:rsidRDefault="00000000">
      <w:pPr>
        <w:spacing w:after="40"/>
        <w:rPr>
          <w:rFonts w:ascii="Aptos" w:hAnsi="Aptos"/>
          <w:lang w:val="de-DE"/>
        </w:rPr>
      </w:pPr>
      <w:r w:rsidRPr="00CB32C5">
        <w:rPr>
          <w:rFonts w:ascii="Aptos" w:hAnsi="Aptos"/>
          <w:lang w:val="de-DE"/>
        </w:rPr>
        <w:t>Benötigte Kapazität oder Budget: _____________________________________________</w:t>
      </w:r>
    </w:p>
    <w:p w14:paraId="774E196A" w14:textId="77777777" w:rsidR="00EF4724" w:rsidRPr="00CB32C5" w:rsidRDefault="00000000">
      <w:pPr>
        <w:spacing w:after="40"/>
        <w:rPr>
          <w:rFonts w:ascii="Aptos" w:hAnsi="Aptos"/>
          <w:lang w:val="de-DE"/>
        </w:rPr>
      </w:pPr>
      <w:r w:rsidRPr="00CB32C5">
        <w:rPr>
          <w:rFonts w:ascii="Aptos" w:hAnsi="Aptos"/>
          <w:lang w:val="de-DE"/>
        </w:rPr>
        <w:t>Erfolgskriterium mit Ausgangs- und Zielwert: ____________________________________</w:t>
      </w:r>
    </w:p>
    <w:p w14:paraId="0A31E2A9" w14:textId="77777777" w:rsidR="00EF4724" w:rsidRPr="00CB32C5" w:rsidRDefault="00000000">
      <w:pPr>
        <w:spacing w:after="40"/>
        <w:rPr>
          <w:rFonts w:ascii="Aptos" w:hAnsi="Aptos"/>
          <w:lang w:val="de-DE"/>
        </w:rPr>
      </w:pPr>
      <w:r w:rsidRPr="00CB32C5">
        <w:rPr>
          <w:rFonts w:ascii="Aptos" w:hAnsi="Aptos"/>
          <w:lang w:val="de-DE"/>
        </w:rPr>
        <w:t>Zieltermin: ____________________  Nächste Überprüfung: ________________________</w:t>
      </w:r>
    </w:p>
    <w:p w14:paraId="36D11748" w14:textId="77777777" w:rsidR="00EF4724" w:rsidRPr="00CB32C5" w:rsidRDefault="00000000">
      <w:pPr>
        <w:spacing w:after="40"/>
        <w:rPr>
          <w:rFonts w:ascii="Aptos" w:hAnsi="Aptos"/>
          <w:lang w:val="de-DE"/>
        </w:rPr>
      </w:pPr>
      <w:r w:rsidRPr="00CB32C5">
        <w:rPr>
          <w:rFonts w:ascii="Aptos" w:hAnsi="Aptos"/>
          <w:lang w:val="de-DE"/>
        </w:rPr>
        <w:t>Voraussetzungen oder Abhängigkeiten: ________________________________________</w:t>
      </w:r>
    </w:p>
    <w:p w14:paraId="0E76ED3E" w14:textId="77777777" w:rsidR="00EF4724" w:rsidRPr="00DB5CD5" w:rsidRDefault="00000000">
      <w:pPr>
        <w:pStyle w:val="berschrift2"/>
        <w:rPr>
          <w:rFonts w:ascii="Aptos" w:hAnsi="Aptos"/>
          <w:color w:val="00A19C"/>
          <w:sz w:val="22"/>
          <w:szCs w:val="22"/>
        </w:rPr>
      </w:pPr>
      <w:r w:rsidRPr="00DB5CD5">
        <w:rPr>
          <w:rFonts w:ascii="Aptos" w:hAnsi="Aptos"/>
          <w:color w:val="00A19C"/>
          <w:sz w:val="22"/>
          <w:szCs w:val="22"/>
        </w:rPr>
        <w:t>Maßnahme 3</w:t>
      </w:r>
    </w:p>
    <w:p w14:paraId="03780CF6" w14:textId="77777777" w:rsidR="00EF4724" w:rsidRPr="00CB32C5" w:rsidRDefault="00000000">
      <w:pPr>
        <w:spacing w:after="40"/>
        <w:rPr>
          <w:rFonts w:ascii="Aptos" w:hAnsi="Aptos"/>
          <w:lang w:val="de-DE"/>
        </w:rPr>
      </w:pPr>
      <w:r w:rsidRPr="00CB32C5">
        <w:rPr>
          <w:rFonts w:ascii="Aptos" w:hAnsi="Aptos"/>
          <w:lang w:val="de-DE"/>
        </w:rPr>
        <w:t>Handlungsfeld und zugrunde liegende Fragenummer: ______________________________</w:t>
      </w:r>
    </w:p>
    <w:p w14:paraId="2F95FE01" w14:textId="77777777" w:rsidR="00EF4724" w:rsidRPr="00CB32C5" w:rsidRDefault="00000000">
      <w:pPr>
        <w:spacing w:after="40"/>
        <w:rPr>
          <w:rFonts w:ascii="Aptos" w:hAnsi="Aptos"/>
          <w:lang w:val="de-DE"/>
        </w:rPr>
      </w:pPr>
      <w:r w:rsidRPr="00CB32C5">
        <w:rPr>
          <w:rFonts w:ascii="Aptos" w:hAnsi="Aptos"/>
          <w:lang w:val="de-DE"/>
        </w:rPr>
        <w:t>Problem und Ziel: __________________________________________________________</w:t>
      </w:r>
    </w:p>
    <w:p w14:paraId="283E2E87" w14:textId="77777777" w:rsidR="00EF4724" w:rsidRPr="00CB32C5" w:rsidRDefault="00000000">
      <w:pPr>
        <w:spacing w:after="40"/>
        <w:rPr>
          <w:rFonts w:ascii="Aptos" w:hAnsi="Aptos"/>
          <w:lang w:val="de-DE"/>
        </w:rPr>
      </w:pPr>
      <w:r w:rsidRPr="00CB32C5">
        <w:rPr>
          <w:rFonts w:ascii="Aptos" w:hAnsi="Aptos"/>
          <w:lang w:val="de-DE"/>
        </w:rPr>
        <w:t>Konkreter erster Schritt: ____________________________________________________</w:t>
      </w:r>
    </w:p>
    <w:p w14:paraId="748BB36D" w14:textId="77777777" w:rsidR="00EF4724" w:rsidRPr="00CB32C5" w:rsidRDefault="00000000">
      <w:pPr>
        <w:spacing w:after="40"/>
        <w:rPr>
          <w:rFonts w:ascii="Aptos" w:hAnsi="Aptos"/>
          <w:lang w:val="de-DE"/>
        </w:rPr>
      </w:pPr>
      <w:r w:rsidRPr="00CB32C5">
        <w:rPr>
          <w:rFonts w:ascii="Aptos" w:hAnsi="Aptos"/>
          <w:lang w:val="de-DE"/>
        </w:rPr>
        <w:t>Verantwortlich: ____________________  Mitwirkende: ____________________________</w:t>
      </w:r>
    </w:p>
    <w:p w14:paraId="2E6F5A41" w14:textId="77777777" w:rsidR="00EF4724" w:rsidRPr="00CB32C5" w:rsidRDefault="00000000">
      <w:pPr>
        <w:spacing w:after="40"/>
        <w:rPr>
          <w:rFonts w:ascii="Aptos" w:hAnsi="Aptos"/>
          <w:lang w:val="de-DE"/>
        </w:rPr>
      </w:pPr>
      <w:r w:rsidRPr="00CB32C5">
        <w:rPr>
          <w:rFonts w:ascii="Aptos" w:hAnsi="Aptos"/>
          <w:lang w:val="de-DE"/>
        </w:rPr>
        <w:t>Benötigte Kapazität oder Budget: _____________________________________________</w:t>
      </w:r>
    </w:p>
    <w:p w14:paraId="00E63A9F" w14:textId="77777777" w:rsidR="00EF4724" w:rsidRPr="00CB32C5" w:rsidRDefault="00000000">
      <w:pPr>
        <w:spacing w:after="40"/>
        <w:rPr>
          <w:rFonts w:ascii="Aptos" w:hAnsi="Aptos"/>
          <w:lang w:val="de-DE"/>
        </w:rPr>
      </w:pPr>
      <w:r w:rsidRPr="00CB32C5">
        <w:rPr>
          <w:rFonts w:ascii="Aptos" w:hAnsi="Aptos"/>
          <w:lang w:val="de-DE"/>
        </w:rPr>
        <w:t>Erfolgskriterium mit Ausgangs- und Zielwert: ____________________________________</w:t>
      </w:r>
    </w:p>
    <w:p w14:paraId="1B63926C" w14:textId="77777777" w:rsidR="00EF4724" w:rsidRPr="00CB32C5" w:rsidRDefault="00000000">
      <w:pPr>
        <w:spacing w:after="40"/>
        <w:rPr>
          <w:rFonts w:ascii="Aptos" w:hAnsi="Aptos"/>
          <w:lang w:val="de-DE"/>
        </w:rPr>
      </w:pPr>
      <w:r w:rsidRPr="00CB32C5">
        <w:rPr>
          <w:rFonts w:ascii="Aptos" w:hAnsi="Aptos"/>
          <w:lang w:val="de-DE"/>
        </w:rPr>
        <w:t>Zieltermin: ____________________  Nächste Überprüfung: ________________________</w:t>
      </w:r>
    </w:p>
    <w:p w14:paraId="55F4F69A" w14:textId="77777777" w:rsidR="00EF4724" w:rsidRPr="00CB32C5" w:rsidRDefault="00000000">
      <w:pPr>
        <w:spacing w:after="40"/>
        <w:rPr>
          <w:rFonts w:ascii="Aptos" w:hAnsi="Aptos"/>
          <w:lang w:val="de-DE"/>
        </w:rPr>
      </w:pPr>
      <w:r w:rsidRPr="00CB32C5">
        <w:rPr>
          <w:rFonts w:ascii="Aptos" w:hAnsi="Aptos"/>
          <w:lang w:val="de-DE"/>
        </w:rPr>
        <w:t>Voraussetzungen oder Abhängigkeiten: ________________________________________</w:t>
      </w:r>
    </w:p>
    <w:p w14:paraId="31A54E38" w14:textId="77777777" w:rsidR="00EF4724" w:rsidRPr="00DB5CD5" w:rsidRDefault="00000000">
      <w:pPr>
        <w:pStyle w:val="berschrift2"/>
        <w:rPr>
          <w:rFonts w:ascii="Aptos" w:hAnsi="Aptos"/>
          <w:color w:val="00A19C"/>
          <w:sz w:val="22"/>
          <w:szCs w:val="22"/>
        </w:rPr>
      </w:pPr>
      <w:r w:rsidRPr="00DB5CD5">
        <w:rPr>
          <w:rFonts w:ascii="Aptos" w:hAnsi="Aptos"/>
          <w:color w:val="00A19C"/>
          <w:sz w:val="22"/>
          <w:szCs w:val="22"/>
        </w:rPr>
        <w:t>Nachhalten und erneut bewerten</w:t>
      </w:r>
    </w:p>
    <w:p w14:paraId="2DB69B74" w14:textId="77777777" w:rsidR="00EF4724" w:rsidRPr="00CB32C5" w:rsidRDefault="00000000">
      <w:pPr>
        <w:rPr>
          <w:rFonts w:ascii="Aptos" w:hAnsi="Aptos"/>
          <w:lang w:val="de-DE"/>
        </w:rPr>
      </w:pPr>
      <w:r w:rsidRPr="00CB32C5">
        <w:rPr>
          <w:rFonts w:ascii="Aptos" w:hAnsi="Aptos"/>
          <w:lang w:val="de-DE"/>
        </w:rPr>
        <w:t>Bewerten Sie nach drei bis sechs Monaten erneut: gleicher Geltungsbereich, möglichst gleicher Befragungskreis. Dokumentieren Sie Änderungen am Fragebogen. Prüfen Sie neben dem Punktwert die tatsächliche Wirkung, etwa weniger Nacharbeit, kürzere Durchlaufzeiten oder bessere Datenqualität.</w:t>
      </w:r>
    </w:p>
    <w:sectPr w:rsidR="00EF4724" w:rsidRPr="00CB32C5" w:rsidSect="00034616">
      <w:footerReference w:type="default" r:id="rId8"/>
      <w:pgSz w:w="12240" w:h="15840"/>
      <w:pgMar w:top="936" w:right="1080" w:bottom="936"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625B4" w14:textId="77777777" w:rsidR="008E15E4" w:rsidRDefault="008E15E4">
      <w:pPr>
        <w:spacing w:after="0" w:line="240" w:lineRule="auto"/>
      </w:pPr>
      <w:r>
        <w:separator/>
      </w:r>
    </w:p>
  </w:endnote>
  <w:endnote w:type="continuationSeparator" w:id="0">
    <w:p w14:paraId="20B7F895" w14:textId="77777777" w:rsidR="008E15E4" w:rsidRDefault="008E1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C4B94" w14:textId="77777777" w:rsidR="00EF4724" w:rsidRPr="00322974" w:rsidRDefault="00000000">
    <w:pPr>
      <w:pStyle w:val="Fuzeile"/>
      <w:rPr>
        <w:lang w:val="de-DE"/>
      </w:rPr>
    </w:pPr>
    <w:r w:rsidRPr="00322974">
      <w:rPr>
        <w:sz w:val="18"/>
        <w:lang w:val="de-DE"/>
      </w:rPr>
      <w:t xml:space="preserve">Digital Readiness  |  Fragebogen für Unternehmen        Seite </w:t>
    </w:r>
    <w:r>
      <w:fldChar w:fldCharType="begin"/>
    </w:r>
    <w:r w:rsidRPr="00322974">
      <w:rPr>
        <w:lang w:val="de-DE"/>
      </w:rPr>
      <w:instrText>PAGE</w:instrText>
    </w:r>
    <w:r>
      <w:fldChar w:fldCharType="separate"/>
    </w:r>
    <w:r w:rsidR="007365A5" w:rsidRPr="00322974">
      <w:rPr>
        <w:noProof/>
        <w:lang w:val="de-DE"/>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3E515" w14:textId="77777777" w:rsidR="008E15E4" w:rsidRDefault="008E15E4">
      <w:pPr>
        <w:spacing w:after="0" w:line="240" w:lineRule="auto"/>
      </w:pPr>
      <w:r>
        <w:separator/>
      </w:r>
    </w:p>
  </w:footnote>
  <w:footnote w:type="continuationSeparator" w:id="0">
    <w:p w14:paraId="7A0FA9F4" w14:textId="77777777" w:rsidR="008E15E4" w:rsidRDefault="008E15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2094617390">
    <w:abstractNumId w:val="8"/>
  </w:num>
  <w:num w:numId="2" w16cid:durableId="206142776">
    <w:abstractNumId w:val="6"/>
  </w:num>
  <w:num w:numId="3" w16cid:durableId="473528666">
    <w:abstractNumId w:val="5"/>
  </w:num>
  <w:num w:numId="4" w16cid:durableId="769085902">
    <w:abstractNumId w:val="4"/>
  </w:num>
  <w:num w:numId="5" w16cid:durableId="1645112323">
    <w:abstractNumId w:val="7"/>
  </w:num>
  <w:num w:numId="6" w16cid:durableId="1099911080">
    <w:abstractNumId w:val="3"/>
  </w:num>
  <w:num w:numId="7" w16cid:durableId="2121879183">
    <w:abstractNumId w:val="2"/>
  </w:num>
  <w:num w:numId="8" w16cid:durableId="2027752756">
    <w:abstractNumId w:val="1"/>
  </w:num>
  <w:num w:numId="9" w16cid:durableId="1638534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18D6"/>
    <w:rsid w:val="0015074B"/>
    <w:rsid w:val="00187A5E"/>
    <w:rsid w:val="00287B9D"/>
    <w:rsid w:val="0029639D"/>
    <w:rsid w:val="00322974"/>
    <w:rsid w:val="00326F90"/>
    <w:rsid w:val="00501BD9"/>
    <w:rsid w:val="005B2886"/>
    <w:rsid w:val="007365A5"/>
    <w:rsid w:val="0081075F"/>
    <w:rsid w:val="0087043A"/>
    <w:rsid w:val="008E15E4"/>
    <w:rsid w:val="009B10E1"/>
    <w:rsid w:val="00A152E6"/>
    <w:rsid w:val="00A96D96"/>
    <w:rsid w:val="00AA1D8D"/>
    <w:rsid w:val="00B47730"/>
    <w:rsid w:val="00B6051A"/>
    <w:rsid w:val="00C51CB2"/>
    <w:rsid w:val="00CB0664"/>
    <w:rsid w:val="00CB32C5"/>
    <w:rsid w:val="00D771D7"/>
    <w:rsid w:val="00DB5CD5"/>
    <w:rsid w:val="00DE288A"/>
    <w:rsid w:val="00DF13EB"/>
    <w:rsid w:val="00EB01BB"/>
    <w:rsid w:val="00EF472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71BA95"/>
  <w14:defaultImageDpi w14:val="300"/>
  <w15:docId w15:val="{B737A07C-BEA9-491E-9AD4-38E7F4A7B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59" w:lineRule="auto"/>
    </w:pPr>
    <w:rPr>
      <w:rFonts w:ascii="Calibri" w:hAnsi="Calibri"/>
      <w:color w:val="000000"/>
    </w:rPr>
  </w:style>
  <w:style w:type="paragraph" w:styleId="berschrift1">
    <w:name w:val="heading 1"/>
    <w:basedOn w:val="Standard"/>
    <w:next w:val="Standard"/>
    <w:link w:val="berschrift1Zchn"/>
    <w:uiPriority w:val="9"/>
    <w:qFormat/>
    <w:rsid w:val="00FC693F"/>
    <w:pPr>
      <w:keepNext/>
      <w:keepLines/>
      <w:spacing w:before="200" w:after="140"/>
      <w:outlineLvl w:val="0"/>
    </w:pPr>
    <w:rPr>
      <w:rFonts w:asciiTheme="majorHAnsi" w:eastAsiaTheme="majorEastAsia" w:hAnsiTheme="majorHAnsi" w:cstheme="majorBidi"/>
      <w:b/>
      <w:bCs/>
      <w:sz w:val="34"/>
      <w:szCs w:val="28"/>
    </w:rPr>
  </w:style>
  <w:style w:type="paragraph" w:styleId="berschrift2">
    <w:name w:val="heading 2"/>
    <w:basedOn w:val="Standard"/>
    <w:next w:val="Standard"/>
    <w:link w:val="berschrift2Zchn"/>
    <w:uiPriority w:val="9"/>
    <w:unhideWhenUsed/>
    <w:qFormat/>
    <w:rsid w:val="00FC693F"/>
    <w:pPr>
      <w:keepNext/>
      <w:keepLines/>
      <w:spacing w:before="200" w:after="140"/>
      <w:outlineLvl w:val="1"/>
    </w:pPr>
    <w:rPr>
      <w:rFonts w:asciiTheme="majorHAnsi" w:eastAsiaTheme="majorEastAsia" w:hAnsiTheme="majorHAnsi" w:cstheme="majorBidi"/>
      <w:b/>
      <w:bCs/>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140"/>
      <w:outlineLvl w:val="2"/>
    </w:pPr>
    <w:rPr>
      <w:rFonts w:asciiTheme="majorHAnsi" w:eastAsiaTheme="majorEastAsia" w:hAnsiTheme="majorHAnsi" w:cstheme="majorBidi"/>
      <w:b/>
      <w:bCs/>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keepNext/>
      <w:spacing w:after="140" w:line="240" w:lineRule="auto"/>
      <w:contextualSpacing/>
    </w:pPr>
    <w:rPr>
      <w:rFonts w:asciiTheme="majorHAnsi" w:eastAsiaTheme="majorEastAsia" w:hAnsiTheme="majorHAnsi" w:cstheme="majorBidi"/>
      <w:b/>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keepNext/>
      <w:numPr>
        <w:ilvl w:val="1"/>
      </w:numPr>
      <w:spacing w:before="200" w:after="140"/>
    </w:pPr>
    <w:rPr>
      <w:rFonts w:asciiTheme="majorHAnsi" w:eastAsiaTheme="majorEastAsia" w:hAnsiTheme="majorHAnsi" w:cstheme="majorBidi"/>
      <w:i/>
      <w:iCs/>
      <w:spacing w:val="15"/>
      <w:sz w:val="26"/>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ind w:left="360"/>
      <w:contextualSpacing/>
    </w:pPr>
  </w:style>
  <w:style w:type="paragraph" w:styleId="Listenfortsetzung2">
    <w:name w:val="List Continue 2"/>
    <w:basedOn w:val="Standard"/>
    <w:uiPriority w:val="99"/>
    <w:unhideWhenUsed/>
    <w:rsid w:val="0029639D"/>
    <w:pPr>
      <w:ind w:left="720"/>
      <w:contextualSpacing/>
    </w:pPr>
  </w:style>
  <w:style w:type="paragraph" w:styleId="Listenfortsetzung3">
    <w:name w:val="List Continue 3"/>
    <w:basedOn w:val="Standard"/>
    <w:uiPriority w:val="99"/>
    <w:unhideWhenUsed/>
    <w:rsid w:val="0029639D"/>
    <w:pPr>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3448</Words>
  <Characters>22106</Characters>
  <Application>Microsoft Office Word</Application>
  <DocSecurity>0</DocSecurity>
  <Lines>451</Lines>
  <Paragraphs>393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Digital Readiness Fragebogen für Unternehmen</vt:lpstr>
      <vt:lpstr/>
    </vt:vector>
  </TitlesOfParts>
  <Manager/>
  <Company/>
  <LinksUpToDate>false</LinksUpToDate>
  <CharactersWithSpaces>25161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Readiness Fragebogen für Unternehmen</dc:title>
  <dc:subject>Selbsteinschätzung und Auswertung der digitalen Veränderungsfähigkeit</dc:subject>
  <dc:creator>Ute Raboese</dc:creator>
  <cp:keywords>Digital Readiness, Digitalisierung, Mittelstand, Fragebogen</cp:keywords>
  <dc:description>generated by python-docx</dc:description>
  <cp:lastModifiedBy>Ute Raboese</cp:lastModifiedBy>
  <cp:revision>2</cp:revision>
  <cp:lastPrinted>2026-09-29T07:57:00Z</cp:lastPrinted>
  <dcterms:created xsi:type="dcterms:W3CDTF">2026-10-02T11:44:00Z</dcterms:created>
  <dcterms:modified xsi:type="dcterms:W3CDTF">2026-10-02T11:44:00Z</dcterms:modified>
  <cp:category/>
</cp:coreProperties>
</file>